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8D234" w14:textId="77777777" w:rsidR="00E544C7" w:rsidRDefault="00000000">
      <w:pPr>
        <w:jc w:val="center"/>
        <w:rPr>
          <w:lang w:eastAsia="ja-JP"/>
        </w:rPr>
      </w:pPr>
      <w:r>
        <w:rPr>
          <w:b/>
          <w:sz w:val="32"/>
          <w:lang w:eastAsia="ja-JP"/>
        </w:rPr>
        <w:t>志望理由・活動提案書</w:t>
      </w:r>
    </w:p>
    <w:p w14:paraId="0FDA6E34" w14:textId="77777777" w:rsidR="00C003A7" w:rsidRDefault="00000000" w:rsidP="00792FB1">
      <w:pPr>
        <w:pStyle w:val="a9"/>
        <w:rPr>
          <w:lang w:eastAsia="ja-JP"/>
        </w:rPr>
      </w:pPr>
      <w:r>
        <w:rPr>
          <w:lang w:eastAsia="ja-JP"/>
        </w:rPr>
        <w:t>提出日：</w:t>
      </w:r>
      <w:r w:rsidR="00C003A7">
        <w:rPr>
          <w:rFonts w:hint="eastAsia"/>
          <w:lang w:eastAsia="ja-JP"/>
        </w:rPr>
        <w:t>2026</w:t>
      </w:r>
      <w:r w:rsidR="00C003A7">
        <w:rPr>
          <w:rFonts w:hint="eastAsia"/>
          <w:lang w:eastAsia="ja-JP"/>
        </w:rPr>
        <w:t xml:space="preserve">年　　</w:t>
      </w:r>
      <w:r>
        <w:rPr>
          <w:lang w:eastAsia="ja-JP"/>
        </w:rPr>
        <w:t>月</w:t>
      </w:r>
      <w:r w:rsidR="00C003A7">
        <w:rPr>
          <w:rFonts w:hint="eastAsia"/>
          <w:lang w:eastAsia="ja-JP"/>
        </w:rPr>
        <w:t xml:space="preserve">　　</w:t>
      </w:r>
      <w:r>
        <w:rPr>
          <w:lang w:eastAsia="ja-JP"/>
        </w:rPr>
        <w:t>日</w:t>
      </w:r>
    </w:p>
    <w:p w14:paraId="623696BE" w14:textId="77777777" w:rsidR="00C003A7" w:rsidRDefault="00000000" w:rsidP="00792FB1">
      <w:pPr>
        <w:pStyle w:val="a9"/>
        <w:rPr>
          <w:lang w:eastAsia="ja-JP"/>
        </w:rPr>
      </w:pPr>
      <w:r>
        <w:rPr>
          <w:lang w:eastAsia="ja-JP"/>
        </w:rPr>
        <w:t>氏名：</w:t>
      </w:r>
    </w:p>
    <w:p w14:paraId="5BDEED94" w14:textId="46267D61" w:rsidR="0021684D" w:rsidRDefault="00792FB1" w:rsidP="00792FB1">
      <w:pPr>
        <w:pStyle w:val="a9"/>
        <w:rPr>
          <w:lang w:eastAsia="ja-JP"/>
        </w:rPr>
      </w:pPr>
      <w:r>
        <w:rPr>
          <w:rFonts w:hint="eastAsia"/>
          <w:lang w:eastAsia="ja-JP"/>
        </w:rPr>
        <w:t>応</w:t>
      </w:r>
      <w:r>
        <w:rPr>
          <w:lang w:eastAsia="ja-JP"/>
        </w:rPr>
        <w:t>募プロジェクト名：</w:t>
      </w:r>
    </w:p>
    <w:p w14:paraId="36752EA0" w14:textId="77777777" w:rsidR="0021684D" w:rsidRDefault="0021684D" w:rsidP="00C003A7">
      <w:pPr>
        <w:spacing w:line="240" w:lineRule="exact"/>
        <w:rPr>
          <w:lang w:eastAsia="ja-JP"/>
        </w:rPr>
      </w:pPr>
    </w:p>
    <w:p w14:paraId="4A81D895" w14:textId="124D319E" w:rsidR="00E544C7" w:rsidRDefault="00000000" w:rsidP="00792FB1">
      <w:pPr>
        <w:pStyle w:val="a9"/>
        <w:rPr>
          <w:lang w:eastAsia="ja-JP"/>
        </w:rPr>
      </w:pPr>
      <w:r>
        <w:rPr>
          <w:lang w:eastAsia="ja-JP"/>
        </w:rPr>
        <w:t xml:space="preserve">1. </w:t>
      </w:r>
      <w:r>
        <w:rPr>
          <w:lang w:eastAsia="ja-JP"/>
        </w:rPr>
        <w:t>志望理由（</w:t>
      </w:r>
      <w:r>
        <w:rPr>
          <w:lang w:eastAsia="ja-JP"/>
        </w:rPr>
        <w:t>1,000</w:t>
      </w:r>
      <w:r>
        <w:rPr>
          <w:lang w:eastAsia="ja-JP"/>
        </w:rPr>
        <w:t>文字程度）</w:t>
      </w:r>
    </w:p>
    <w:p w14:paraId="22D99D44" w14:textId="77777777" w:rsidR="00792FB1" w:rsidRDefault="00000000" w:rsidP="00792FB1">
      <w:pPr>
        <w:pStyle w:val="a9"/>
        <w:rPr>
          <w:lang w:eastAsia="ja-JP"/>
        </w:rPr>
      </w:pPr>
      <w:r>
        <w:rPr>
          <w:rFonts w:ascii="ＭＳ 明朝" w:eastAsia="ＭＳ 明朝" w:hAnsi="ＭＳ 明朝" w:cs="ＭＳ 明朝" w:hint="eastAsia"/>
          <w:lang w:eastAsia="ja-JP"/>
        </w:rPr>
        <w:t>※</w:t>
      </w:r>
      <w:r>
        <w:rPr>
          <w:lang w:eastAsia="ja-JP"/>
        </w:rPr>
        <w:t>なぜ当自治体の地域プロジェクトマネージャーに応募したのか、これまでの経験をどのように活かしたいかを具体的に記載してください。</w:t>
      </w:r>
    </w:p>
    <w:p w14:paraId="38F333A0" w14:textId="77777777" w:rsidR="00D662E4" w:rsidRDefault="00D662E4" w:rsidP="00D662E4">
      <w:pPr>
        <w:pStyle w:val="a9"/>
        <w:rPr>
          <w:lang w:eastAsia="ja-JP"/>
        </w:rPr>
      </w:pPr>
    </w:p>
    <w:p w14:paraId="651045FB" w14:textId="77777777" w:rsidR="00D662E4" w:rsidRDefault="00D662E4" w:rsidP="00D662E4">
      <w:pPr>
        <w:pStyle w:val="a9"/>
        <w:rPr>
          <w:lang w:eastAsia="ja-JP"/>
        </w:rPr>
      </w:pPr>
    </w:p>
    <w:p w14:paraId="3C59AB9D" w14:textId="77777777" w:rsidR="00D662E4" w:rsidRDefault="00D662E4" w:rsidP="00D662E4">
      <w:pPr>
        <w:pStyle w:val="a9"/>
        <w:rPr>
          <w:lang w:eastAsia="ja-JP"/>
        </w:rPr>
      </w:pPr>
    </w:p>
    <w:p w14:paraId="5719826C" w14:textId="77777777" w:rsidR="00D662E4" w:rsidRDefault="00D662E4" w:rsidP="00D662E4">
      <w:pPr>
        <w:pStyle w:val="a9"/>
        <w:rPr>
          <w:lang w:eastAsia="ja-JP"/>
        </w:rPr>
      </w:pPr>
    </w:p>
    <w:p w14:paraId="08AD41A7" w14:textId="77777777" w:rsidR="00D662E4" w:rsidRDefault="00D662E4" w:rsidP="00D662E4">
      <w:pPr>
        <w:pStyle w:val="a9"/>
        <w:rPr>
          <w:lang w:eastAsia="ja-JP"/>
        </w:rPr>
      </w:pPr>
    </w:p>
    <w:p w14:paraId="79BC6407" w14:textId="77777777" w:rsidR="00D662E4" w:rsidRDefault="00D662E4" w:rsidP="00D662E4">
      <w:pPr>
        <w:pStyle w:val="a9"/>
        <w:rPr>
          <w:lang w:eastAsia="ja-JP"/>
        </w:rPr>
      </w:pPr>
    </w:p>
    <w:p w14:paraId="21BA79F1" w14:textId="77777777" w:rsidR="00D662E4" w:rsidRDefault="00D662E4" w:rsidP="00D662E4">
      <w:pPr>
        <w:pStyle w:val="a9"/>
        <w:rPr>
          <w:lang w:eastAsia="ja-JP"/>
        </w:rPr>
      </w:pPr>
    </w:p>
    <w:p w14:paraId="09E4DE28" w14:textId="77777777" w:rsidR="00D662E4" w:rsidRDefault="00D662E4" w:rsidP="00D662E4">
      <w:pPr>
        <w:pStyle w:val="a9"/>
        <w:rPr>
          <w:lang w:eastAsia="ja-JP"/>
        </w:rPr>
      </w:pPr>
    </w:p>
    <w:p w14:paraId="2C2B6293" w14:textId="77777777" w:rsidR="00D662E4" w:rsidRDefault="00D662E4" w:rsidP="00D662E4">
      <w:pPr>
        <w:pStyle w:val="a9"/>
        <w:rPr>
          <w:lang w:eastAsia="ja-JP"/>
        </w:rPr>
      </w:pPr>
    </w:p>
    <w:p w14:paraId="1771642B" w14:textId="77777777" w:rsidR="00D662E4" w:rsidRDefault="00D662E4" w:rsidP="00D662E4">
      <w:pPr>
        <w:pStyle w:val="a9"/>
        <w:rPr>
          <w:lang w:eastAsia="ja-JP"/>
        </w:rPr>
      </w:pPr>
    </w:p>
    <w:p w14:paraId="741C7306" w14:textId="77777777" w:rsidR="00D662E4" w:rsidRDefault="00D662E4" w:rsidP="00D662E4">
      <w:pPr>
        <w:pStyle w:val="a9"/>
        <w:rPr>
          <w:rFonts w:hint="eastAsia"/>
          <w:lang w:eastAsia="ja-JP"/>
        </w:rPr>
      </w:pPr>
    </w:p>
    <w:p w14:paraId="1D5A3432" w14:textId="77777777" w:rsidR="00792FB1" w:rsidRDefault="00792FB1" w:rsidP="00792FB1">
      <w:pPr>
        <w:pStyle w:val="a9"/>
        <w:rPr>
          <w:lang w:eastAsia="ja-JP"/>
        </w:rPr>
      </w:pPr>
    </w:p>
    <w:p w14:paraId="7E9EBC22" w14:textId="77777777" w:rsidR="00D662E4" w:rsidRDefault="00D662E4" w:rsidP="00792FB1">
      <w:pPr>
        <w:pStyle w:val="a9"/>
        <w:rPr>
          <w:lang w:eastAsia="ja-JP"/>
        </w:rPr>
      </w:pPr>
    </w:p>
    <w:p w14:paraId="007024CD" w14:textId="77777777" w:rsidR="00D662E4" w:rsidRDefault="00D662E4" w:rsidP="00792FB1">
      <w:pPr>
        <w:pStyle w:val="a9"/>
        <w:rPr>
          <w:lang w:eastAsia="ja-JP"/>
        </w:rPr>
      </w:pPr>
    </w:p>
    <w:p w14:paraId="6AEF39A5" w14:textId="77777777" w:rsidR="00D662E4" w:rsidRDefault="00D662E4" w:rsidP="00792FB1">
      <w:pPr>
        <w:pStyle w:val="a9"/>
        <w:rPr>
          <w:lang w:eastAsia="ja-JP"/>
        </w:rPr>
      </w:pPr>
    </w:p>
    <w:p w14:paraId="2A9F37F3" w14:textId="77777777" w:rsidR="00D662E4" w:rsidRDefault="00D662E4" w:rsidP="00792FB1">
      <w:pPr>
        <w:pStyle w:val="a9"/>
        <w:rPr>
          <w:lang w:eastAsia="ja-JP"/>
        </w:rPr>
      </w:pPr>
    </w:p>
    <w:p w14:paraId="5578CCEB" w14:textId="77777777" w:rsidR="00D662E4" w:rsidRDefault="00D662E4" w:rsidP="00792FB1">
      <w:pPr>
        <w:pStyle w:val="a9"/>
        <w:rPr>
          <w:lang w:eastAsia="ja-JP"/>
        </w:rPr>
      </w:pPr>
    </w:p>
    <w:p w14:paraId="1CC47F72" w14:textId="77777777" w:rsidR="00D662E4" w:rsidRDefault="00D662E4" w:rsidP="00792FB1">
      <w:pPr>
        <w:pStyle w:val="a9"/>
        <w:rPr>
          <w:rFonts w:hint="eastAsia"/>
          <w:lang w:eastAsia="ja-JP"/>
        </w:rPr>
      </w:pPr>
    </w:p>
    <w:p w14:paraId="623FB781" w14:textId="77777777" w:rsidR="00792FB1" w:rsidRDefault="00792FB1" w:rsidP="00792FB1">
      <w:pPr>
        <w:pStyle w:val="a9"/>
        <w:rPr>
          <w:lang w:eastAsia="ja-JP"/>
        </w:rPr>
      </w:pPr>
    </w:p>
    <w:p w14:paraId="57D47E93" w14:textId="77777777" w:rsidR="0021684D" w:rsidRDefault="0021684D" w:rsidP="00792FB1">
      <w:pPr>
        <w:pStyle w:val="a9"/>
        <w:rPr>
          <w:lang w:eastAsia="ja-JP"/>
        </w:rPr>
      </w:pPr>
    </w:p>
    <w:p w14:paraId="012F3738" w14:textId="77777777" w:rsidR="0021684D" w:rsidRDefault="0021684D" w:rsidP="00792FB1">
      <w:pPr>
        <w:rPr>
          <w:lang w:eastAsia="ja-JP"/>
        </w:rPr>
      </w:pPr>
    </w:p>
    <w:p w14:paraId="33C17063" w14:textId="039414A9" w:rsidR="00E544C7" w:rsidRDefault="00000000" w:rsidP="00792FB1">
      <w:pPr>
        <w:pStyle w:val="a9"/>
        <w:rPr>
          <w:lang w:eastAsia="ja-JP"/>
        </w:rPr>
      </w:pPr>
      <w:r>
        <w:rPr>
          <w:lang w:eastAsia="ja-JP"/>
        </w:rPr>
        <w:t xml:space="preserve">2. </w:t>
      </w:r>
      <w:r>
        <w:rPr>
          <w:lang w:eastAsia="ja-JP"/>
        </w:rPr>
        <w:t>対象とする地域課題に対する認識（</w:t>
      </w:r>
      <w:r>
        <w:rPr>
          <w:lang w:eastAsia="ja-JP"/>
        </w:rPr>
        <w:t>500</w:t>
      </w:r>
      <w:r>
        <w:rPr>
          <w:lang w:eastAsia="ja-JP"/>
        </w:rPr>
        <w:t>文字程度）</w:t>
      </w:r>
    </w:p>
    <w:p w14:paraId="0286F3B8" w14:textId="201AA09A" w:rsidR="0021684D" w:rsidRDefault="00000000" w:rsidP="00792FB1">
      <w:pPr>
        <w:pStyle w:val="a9"/>
        <w:rPr>
          <w:lang w:eastAsia="ja-JP"/>
        </w:rPr>
      </w:pPr>
      <w:r>
        <w:rPr>
          <w:rFonts w:ascii="ＭＳ 明朝" w:eastAsia="ＭＳ 明朝" w:hAnsi="ＭＳ 明朝" w:cs="ＭＳ 明朝" w:hint="eastAsia"/>
          <w:lang w:eastAsia="ja-JP"/>
        </w:rPr>
        <w:t>※</w:t>
      </w:r>
      <w:r>
        <w:rPr>
          <w:lang w:eastAsia="ja-JP"/>
        </w:rPr>
        <w:t>当自治体、または対象プロジェクトが直面している課題について、あなたの視点での分析や認識を記載してください。</w:t>
      </w:r>
    </w:p>
    <w:p w14:paraId="037A2E3D" w14:textId="56D911C8" w:rsidR="00792FB1" w:rsidRDefault="00792FB1" w:rsidP="00D662E4">
      <w:pPr>
        <w:pStyle w:val="a9"/>
        <w:rPr>
          <w:lang w:eastAsia="ja-JP"/>
        </w:rPr>
      </w:pPr>
    </w:p>
    <w:p w14:paraId="7711AE94" w14:textId="77777777" w:rsidR="00D662E4" w:rsidRDefault="00D662E4" w:rsidP="00D662E4">
      <w:pPr>
        <w:pStyle w:val="a9"/>
        <w:rPr>
          <w:lang w:eastAsia="ja-JP"/>
        </w:rPr>
      </w:pPr>
    </w:p>
    <w:p w14:paraId="0CFBE777" w14:textId="77777777" w:rsidR="00D662E4" w:rsidRDefault="00D662E4" w:rsidP="00D662E4">
      <w:pPr>
        <w:pStyle w:val="a9"/>
        <w:rPr>
          <w:lang w:eastAsia="ja-JP"/>
        </w:rPr>
      </w:pPr>
    </w:p>
    <w:p w14:paraId="0024CB0E" w14:textId="77777777" w:rsidR="00D662E4" w:rsidRDefault="00D662E4" w:rsidP="00D662E4">
      <w:pPr>
        <w:pStyle w:val="a9"/>
        <w:rPr>
          <w:lang w:eastAsia="ja-JP"/>
        </w:rPr>
      </w:pPr>
    </w:p>
    <w:p w14:paraId="5A6DC8F0" w14:textId="77777777" w:rsidR="00D662E4" w:rsidRDefault="00D662E4" w:rsidP="00D662E4">
      <w:pPr>
        <w:pStyle w:val="a9"/>
        <w:rPr>
          <w:lang w:eastAsia="ja-JP"/>
        </w:rPr>
      </w:pPr>
    </w:p>
    <w:p w14:paraId="00F74438" w14:textId="77777777" w:rsidR="00D662E4" w:rsidRDefault="00D662E4" w:rsidP="00D662E4">
      <w:pPr>
        <w:pStyle w:val="a9"/>
        <w:rPr>
          <w:lang w:eastAsia="ja-JP"/>
        </w:rPr>
      </w:pPr>
    </w:p>
    <w:p w14:paraId="1BE06843" w14:textId="77777777" w:rsidR="00D662E4" w:rsidRDefault="00D662E4" w:rsidP="00D662E4">
      <w:pPr>
        <w:pStyle w:val="a9"/>
        <w:rPr>
          <w:lang w:eastAsia="ja-JP"/>
        </w:rPr>
      </w:pPr>
    </w:p>
    <w:p w14:paraId="7C18B1C7" w14:textId="77777777" w:rsidR="00D662E4" w:rsidRDefault="00D662E4" w:rsidP="00D662E4">
      <w:pPr>
        <w:pStyle w:val="a9"/>
        <w:rPr>
          <w:lang w:eastAsia="ja-JP"/>
        </w:rPr>
      </w:pPr>
    </w:p>
    <w:p w14:paraId="0D19B64D" w14:textId="77777777" w:rsidR="00D662E4" w:rsidRDefault="00D662E4" w:rsidP="00D662E4">
      <w:pPr>
        <w:pStyle w:val="a9"/>
        <w:rPr>
          <w:lang w:eastAsia="ja-JP"/>
        </w:rPr>
      </w:pPr>
    </w:p>
    <w:p w14:paraId="1ACFF938" w14:textId="77777777" w:rsidR="00D662E4" w:rsidRDefault="00D662E4" w:rsidP="00D662E4">
      <w:pPr>
        <w:pStyle w:val="a9"/>
        <w:rPr>
          <w:lang w:eastAsia="ja-JP"/>
        </w:rPr>
      </w:pPr>
    </w:p>
    <w:p w14:paraId="741CB1EA" w14:textId="77777777" w:rsidR="00D662E4" w:rsidRDefault="00D662E4" w:rsidP="00D662E4">
      <w:pPr>
        <w:pStyle w:val="a9"/>
        <w:rPr>
          <w:lang w:eastAsia="ja-JP"/>
        </w:rPr>
      </w:pPr>
    </w:p>
    <w:p w14:paraId="02769B22" w14:textId="77777777" w:rsidR="00D662E4" w:rsidRDefault="00D662E4" w:rsidP="00D662E4">
      <w:pPr>
        <w:pStyle w:val="a9"/>
        <w:rPr>
          <w:lang w:eastAsia="ja-JP"/>
        </w:rPr>
      </w:pPr>
    </w:p>
    <w:p w14:paraId="3BA70DEC" w14:textId="77777777" w:rsidR="00D662E4" w:rsidRDefault="00D662E4" w:rsidP="00D662E4">
      <w:pPr>
        <w:pStyle w:val="a9"/>
        <w:rPr>
          <w:rFonts w:hint="eastAsia"/>
          <w:lang w:eastAsia="ja-JP"/>
        </w:rPr>
      </w:pPr>
    </w:p>
    <w:p w14:paraId="5C0D44E3" w14:textId="77777777" w:rsidR="0021684D" w:rsidRDefault="0021684D" w:rsidP="00792FB1">
      <w:pPr>
        <w:spacing w:line="240" w:lineRule="exact"/>
        <w:rPr>
          <w:lang w:eastAsia="ja-JP"/>
        </w:rPr>
      </w:pPr>
    </w:p>
    <w:p w14:paraId="2D6F3FDA" w14:textId="77777777" w:rsidR="00792FB1" w:rsidRDefault="00000000" w:rsidP="00792FB1">
      <w:pPr>
        <w:pStyle w:val="a9"/>
        <w:rPr>
          <w:lang w:eastAsia="ja-JP"/>
        </w:rPr>
      </w:pPr>
      <w:r>
        <w:rPr>
          <w:lang w:eastAsia="ja-JP"/>
        </w:rPr>
        <w:lastRenderedPageBreak/>
        <w:t xml:space="preserve">3. </w:t>
      </w:r>
      <w:r>
        <w:rPr>
          <w:lang w:eastAsia="ja-JP"/>
        </w:rPr>
        <w:t>活動提案（任期中のロードマップと具体的施策）</w:t>
      </w:r>
    </w:p>
    <w:p w14:paraId="2A2467EC" w14:textId="72BD35ED" w:rsidR="0021684D" w:rsidRDefault="00000000" w:rsidP="00792FB1">
      <w:pPr>
        <w:pStyle w:val="a9"/>
        <w:rPr>
          <w:lang w:eastAsia="ja-JP"/>
        </w:rPr>
      </w:pPr>
      <w:r>
        <w:rPr>
          <w:rFonts w:ascii="ＭＳ 明朝" w:eastAsia="ＭＳ 明朝" w:hAnsi="ＭＳ 明朝" w:cs="ＭＳ 明朝" w:hint="eastAsia"/>
          <w:lang w:eastAsia="ja-JP"/>
        </w:rPr>
        <w:t>※</w:t>
      </w:r>
      <w:r>
        <w:rPr>
          <w:lang w:eastAsia="ja-JP"/>
        </w:rPr>
        <w:t>3</w:t>
      </w:r>
      <w:r>
        <w:rPr>
          <w:lang w:eastAsia="ja-JP"/>
        </w:rPr>
        <w:t>年間の任期（または想定される任期）において、どのようにプロジェクトを推進するか具体的に提案してください。</w:t>
      </w:r>
    </w:p>
    <w:p w14:paraId="2E2C149B" w14:textId="11D3FC47" w:rsidR="0021684D" w:rsidRDefault="00000000" w:rsidP="00792FB1">
      <w:pPr>
        <w:pStyle w:val="a9"/>
        <w:rPr>
          <w:lang w:eastAsia="ja-JP"/>
        </w:rPr>
      </w:pPr>
      <w:r>
        <w:rPr>
          <w:lang w:eastAsia="ja-JP"/>
        </w:rPr>
        <w:t>【</w:t>
      </w:r>
      <w:r>
        <w:rPr>
          <w:lang w:eastAsia="ja-JP"/>
        </w:rPr>
        <w:t>1</w:t>
      </w:r>
      <w:r>
        <w:rPr>
          <w:lang w:eastAsia="ja-JP"/>
        </w:rPr>
        <w:t>年目：基盤構築・関係者との信頼関係構築】</w:t>
      </w:r>
    </w:p>
    <w:p w14:paraId="6E543F9F" w14:textId="77777777" w:rsidR="00792FB1" w:rsidRDefault="00792FB1" w:rsidP="00792FB1">
      <w:pPr>
        <w:pStyle w:val="a9"/>
        <w:rPr>
          <w:lang w:eastAsia="ja-JP"/>
        </w:rPr>
      </w:pPr>
    </w:p>
    <w:p w14:paraId="3D343332" w14:textId="77777777" w:rsidR="00792FB1" w:rsidRDefault="00792FB1" w:rsidP="00792FB1">
      <w:pPr>
        <w:pStyle w:val="a9"/>
        <w:rPr>
          <w:lang w:eastAsia="ja-JP"/>
        </w:rPr>
      </w:pPr>
    </w:p>
    <w:p w14:paraId="77F6956E" w14:textId="77777777" w:rsidR="00D662E4" w:rsidRDefault="00D662E4" w:rsidP="00792FB1">
      <w:pPr>
        <w:pStyle w:val="a9"/>
        <w:rPr>
          <w:lang w:eastAsia="ja-JP"/>
        </w:rPr>
      </w:pPr>
    </w:p>
    <w:p w14:paraId="3D4E9730" w14:textId="77777777" w:rsidR="00D662E4" w:rsidRDefault="00D662E4" w:rsidP="00792FB1">
      <w:pPr>
        <w:pStyle w:val="a9"/>
        <w:rPr>
          <w:lang w:eastAsia="ja-JP"/>
        </w:rPr>
      </w:pPr>
    </w:p>
    <w:p w14:paraId="6D107D03" w14:textId="77777777" w:rsidR="00D662E4" w:rsidRDefault="00D662E4" w:rsidP="00792FB1">
      <w:pPr>
        <w:pStyle w:val="a9"/>
        <w:rPr>
          <w:lang w:eastAsia="ja-JP"/>
        </w:rPr>
      </w:pPr>
    </w:p>
    <w:p w14:paraId="7E482693" w14:textId="77777777" w:rsidR="00D662E4" w:rsidRDefault="00D662E4" w:rsidP="00792FB1">
      <w:pPr>
        <w:pStyle w:val="a9"/>
        <w:rPr>
          <w:rFonts w:hint="eastAsia"/>
          <w:lang w:eastAsia="ja-JP"/>
        </w:rPr>
      </w:pPr>
    </w:p>
    <w:p w14:paraId="3CC39CDF" w14:textId="77777777" w:rsidR="00D662E4" w:rsidRDefault="00D662E4" w:rsidP="00792FB1">
      <w:pPr>
        <w:pStyle w:val="a9"/>
        <w:rPr>
          <w:lang w:eastAsia="ja-JP"/>
        </w:rPr>
      </w:pPr>
    </w:p>
    <w:p w14:paraId="5A042D54" w14:textId="77777777" w:rsidR="00D662E4" w:rsidRDefault="00D662E4" w:rsidP="00792FB1">
      <w:pPr>
        <w:pStyle w:val="a9"/>
        <w:rPr>
          <w:lang w:eastAsia="ja-JP"/>
        </w:rPr>
      </w:pPr>
    </w:p>
    <w:p w14:paraId="0F309CF8" w14:textId="77777777" w:rsidR="00D662E4" w:rsidRDefault="00D662E4" w:rsidP="00792FB1">
      <w:pPr>
        <w:pStyle w:val="a9"/>
        <w:rPr>
          <w:rFonts w:hint="eastAsia"/>
          <w:lang w:eastAsia="ja-JP"/>
        </w:rPr>
      </w:pPr>
    </w:p>
    <w:p w14:paraId="5E003BD9" w14:textId="77777777" w:rsidR="00792FB1" w:rsidRPr="00792FB1" w:rsidRDefault="00792FB1" w:rsidP="00792FB1">
      <w:pPr>
        <w:pStyle w:val="a9"/>
        <w:rPr>
          <w:lang w:eastAsia="ja-JP"/>
        </w:rPr>
      </w:pPr>
    </w:p>
    <w:p w14:paraId="7CD589DA" w14:textId="3119BA4D" w:rsidR="0021684D" w:rsidRDefault="00000000" w:rsidP="00792FB1">
      <w:pPr>
        <w:pStyle w:val="a9"/>
        <w:rPr>
          <w:lang w:eastAsia="ja-JP"/>
        </w:rPr>
      </w:pPr>
      <w:r>
        <w:rPr>
          <w:lang w:eastAsia="ja-JP"/>
        </w:rPr>
        <w:t>【</w:t>
      </w:r>
      <w:r>
        <w:rPr>
          <w:lang w:eastAsia="ja-JP"/>
        </w:rPr>
        <w:t>2</w:t>
      </w:r>
      <w:r>
        <w:rPr>
          <w:lang w:eastAsia="ja-JP"/>
        </w:rPr>
        <w:t>年目：施策の実行・実証実験】</w:t>
      </w:r>
    </w:p>
    <w:p w14:paraId="21D776E8" w14:textId="77777777" w:rsidR="0021684D" w:rsidRDefault="0021684D" w:rsidP="00792FB1">
      <w:pPr>
        <w:pStyle w:val="a9"/>
        <w:rPr>
          <w:lang w:eastAsia="ja-JP"/>
        </w:rPr>
      </w:pPr>
    </w:p>
    <w:p w14:paraId="1C18500C" w14:textId="77777777" w:rsidR="00792FB1" w:rsidRDefault="00792FB1" w:rsidP="00792FB1">
      <w:pPr>
        <w:pStyle w:val="a9"/>
        <w:rPr>
          <w:lang w:eastAsia="ja-JP"/>
        </w:rPr>
      </w:pPr>
    </w:p>
    <w:p w14:paraId="6E1A12F3" w14:textId="77777777" w:rsidR="00D662E4" w:rsidRDefault="00D662E4" w:rsidP="00792FB1">
      <w:pPr>
        <w:pStyle w:val="a9"/>
        <w:rPr>
          <w:lang w:eastAsia="ja-JP"/>
        </w:rPr>
      </w:pPr>
    </w:p>
    <w:p w14:paraId="6CE23A6F" w14:textId="77777777" w:rsidR="00D662E4" w:rsidRDefault="00D662E4" w:rsidP="00792FB1">
      <w:pPr>
        <w:pStyle w:val="a9"/>
        <w:rPr>
          <w:rFonts w:hint="eastAsia"/>
          <w:lang w:eastAsia="ja-JP"/>
        </w:rPr>
      </w:pPr>
    </w:p>
    <w:p w14:paraId="15874D2F" w14:textId="77777777" w:rsidR="00D662E4" w:rsidRDefault="00D662E4" w:rsidP="00792FB1">
      <w:pPr>
        <w:pStyle w:val="a9"/>
        <w:rPr>
          <w:lang w:eastAsia="ja-JP"/>
        </w:rPr>
      </w:pPr>
    </w:p>
    <w:p w14:paraId="1C8DF9CC" w14:textId="77777777" w:rsidR="00D662E4" w:rsidRDefault="00D662E4" w:rsidP="00792FB1">
      <w:pPr>
        <w:pStyle w:val="a9"/>
        <w:rPr>
          <w:lang w:eastAsia="ja-JP"/>
        </w:rPr>
      </w:pPr>
    </w:p>
    <w:p w14:paraId="68A93DB3" w14:textId="77777777" w:rsidR="00D662E4" w:rsidRDefault="00D662E4" w:rsidP="00792FB1">
      <w:pPr>
        <w:pStyle w:val="a9"/>
        <w:rPr>
          <w:lang w:eastAsia="ja-JP"/>
        </w:rPr>
      </w:pPr>
    </w:p>
    <w:p w14:paraId="02E05F96" w14:textId="77777777" w:rsidR="00D662E4" w:rsidRDefault="00D662E4" w:rsidP="00792FB1">
      <w:pPr>
        <w:pStyle w:val="a9"/>
        <w:rPr>
          <w:lang w:eastAsia="ja-JP"/>
        </w:rPr>
      </w:pPr>
    </w:p>
    <w:p w14:paraId="772BE054" w14:textId="77777777" w:rsidR="00D662E4" w:rsidRDefault="00D662E4" w:rsidP="00792FB1">
      <w:pPr>
        <w:pStyle w:val="a9"/>
        <w:rPr>
          <w:rFonts w:hint="eastAsia"/>
          <w:lang w:eastAsia="ja-JP"/>
        </w:rPr>
      </w:pPr>
    </w:p>
    <w:p w14:paraId="36A08228" w14:textId="77777777" w:rsidR="00792FB1" w:rsidRDefault="00792FB1" w:rsidP="00792FB1">
      <w:pPr>
        <w:pStyle w:val="a9"/>
        <w:rPr>
          <w:lang w:eastAsia="ja-JP"/>
        </w:rPr>
      </w:pPr>
    </w:p>
    <w:p w14:paraId="3752CE84" w14:textId="430CDDAF" w:rsidR="0021684D" w:rsidRDefault="00000000" w:rsidP="00792FB1">
      <w:pPr>
        <w:pStyle w:val="a9"/>
        <w:rPr>
          <w:lang w:eastAsia="ja-JP"/>
        </w:rPr>
      </w:pPr>
      <w:r>
        <w:rPr>
          <w:lang w:eastAsia="ja-JP"/>
        </w:rPr>
        <w:t>【</w:t>
      </w:r>
      <w:r>
        <w:rPr>
          <w:lang w:eastAsia="ja-JP"/>
        </w:rPr>
        <w:t>3</w:t>
      </w:r>
      <w:r>
        <w:rPr>
          <w:lang w:eastAsia="ja-JP"/>
        </w:rPr>
        <w:t>年目：自走化に向けた体制構築・引継ぎ】</w:t>
      </w:r>
    </w:p>
    <w:p w14:paraId="131C4BE0" w14:textId="77777777" w:rsidR="0021684D" w:rsidRDefault="0021684D" w:rsidP="00792FB1">
      <w:pPr>
        <w:pStyle w:val="a9"/>
        <w:rPr>
          <w:lang w:eastAsia="ja-JP"/>
        </w:rPr>
      </w:pPr>
    </w:p>
    <w:p w14:paraId="53A21893" w14:textId="77777777" w:rsidR="00D662E4" w:rsidRDefault="00D662E4" w:rsidP="00792FB1">
      <w:pPr>
        <w:pStyle w:val="a9"/>
        <w:rPr>
          <w:lang w:eastAsia="ja-JP"/>
        </w:rPr>
      </w:pPr>
    </w:p>
    <w:p w14:paraId="649FF49D" w14:textId="77777777" w:rsidR="00D662E4" w:rsidRDefault="00D662E4" w:rsidP="00792FB1">
      <w:pPr>
        <w:pStyle w:val="a9"/>
        <w:rPr>
          <w:lang w:eastAsia="ja-JP"/>
        </w:rPr>
      </w:pPr>
    </w:p>
    <w:p w14:paraId="03CCE6A0" w14:textId="77777777" w:rsidR="00D662E4" w:rsidRDefault="00D662E4" w:rsidP="00792FB1">
      <w:pPr>
        <w:pStyle w:val="a9"/>
        <w:rPr>
          <w:lang w:eastAsia="ja-JP"/>
        </w:rPr>
      </w:pPr>
    </w:p>
    <w:p w14:paraId="46D01DBA" w14:textId="77777777" w:rsidR="00D662E4" w:rsidRDefault="00D662E4" w:rsidP="00792FB1">
      <w:pPr>
        <w:pStyle w:val="a9"/>
        <w:rPr>
          <w:lang w:eastAsia="ja-JP"/>
        </w:rPr>
      </w:pPr>
    </w:p>
    <w:p w14:paraId="6608297F" w14:textId="77777777" w:rsidR="00D662E4" w:rsidRDefault="00D662E4" w:rsidP="00792FB1">
      <w:pPr>
        <w:pStyle w:val="a9"/>
        <w:rPr>
          <w:lang w:eastAsia="ja-JP"/>
        </w:rPr>
      </w:pPr>
    </w:p>
    <w:p w14:paraId="1E7D292E" w14:textId="77777777" w:rsidR="00D662E4" w:rsidRDefault="00D662E4" w:rsidP="00792FB1">
      <w:pPr>
        <w:pStyle w:val="a9"/>
        <w:rPr>
          <w:lang w:eastAsia="ja-JP"/>
        </w:rPr>
      </w:pPr>
    </w:p>
    <w:p w14:paraId="48550BB9" w14:textId="77777777" w:rsidR="00D662E4" w:rsidRDefault="00D662E4" w:rsidP="00792FB1">
      <w:pPr>
        <w:pStyle w:val="a9"/>
        <w:rPr>
          <w:rFonts w:hint="eastAsia"/>
          <w:lang w:eastAsia="ja-JP"/>
        </w:rPr>
      </w:pPr>
    </w:p>
    <w:p w14:paraId="479FFFDB" w14:textId="77777777" w:rsidR="00792FB1" w:rsidRDefault="00792FB1" w:rsidP="00792FB1">
      <w:pPr>
        <w:pStyle w:val="a9"/>
        <w:rPr>
          <w:lang w:eastAsia="ja-JP"/>
        </w:rPr>
      </w:pPr>
    </w:p>
    <w:p w14:paraId="1C4BF77C" w14:textId="77777777" w:rsidR="00792FB1" w:rsidRDefault="00792FB1" w:rsidP="00792FB1">
      <w:pPr>
        <w:pStyle w:val="a9"/>
        <w:rPr>
          <w:lang w:eastAsia="ja-JP"/>
        </w:rPr>
      </w:pPr>
    </w:p>
    <w:p w14:paraId="22D70AA0" w14:textId="77777777" w:rsidR="00E544C7" w:rsidRDefault="00000000" w:rsidP="00792FB1">
      <w:pPr>
        <w:pStyle w:val="a9"/>
        <w:rPr>
          <w:lang w:eastAsia="ja-JP"/>
        </w:rPr>
      </w:pPr>
      <w:r>
        <w:rPr>
          <w:lang w:eastAsia="ja-JP"/>
        </w:rPr>
        <w:t xml:space="preserve">4. </w:t>
      </w:r>
      <w:r>
        <w:rPr>
          <w:lang w:eastAsia="ja-JP"/>
        </w:rPr>
        <w:t>自身の強みとコミットメント</w:t>
      </w:r>
    </w:p>
    <w:p w14:paraId="2EBF67E1" w14:textId="3016FE63" w:rsidR="00E544C7" w:rsidRDefault="00000000">
      <w:pPr>
        <w:rPr>
          <w:lang w:eastAsia="ja-JP"/>
        </w:rPr>
      </w:pPr>
      <w:r>
        <w:rPr>
          <w:lang w:eastAsia="ja-JP"/>
        </w:rPr>
        <w:t>※</w:t>
      </w:r>
      <w:r>
        <w:rPr>
          <w:lang w:eastAsia="ja-JP"/>
        </w:rPr>
        <w:t>プロジェクトを成功させるために、あなたが最も貢献できる点や決意を記載してください。</w:t>
      </w:r>
    </w:p>
    <w:sectPr w:rsidR="00E544C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39252849">
    <w:abstractNumId w:val="8"/>
  </w:num>
  <w:num w:numId="2" w16cid:durableId="1397313939">
    <w:abstractNumId w:val="6"/>
  </w:num>
  <w:num w:numId="3" w16cid:durableId="739670237">
    <w:abstractNumId w:val="5"/>
  </w:num>
  <w:num w:numId="4" w16cid:durableId="190921154">
    <w:abstractNumId w:val="4"/>
  </w:num>
  <w:num w:numId="5" w16cid:durableId="576014258">
    <w:abstractNumId w:val="7"/>
  </w:num>
  <w:num w:numId="6" w16cid:durableId="846944913">
    <w:abstractNumId w:val="3"/>
  </w:num>
  <w:num w:numId="7" w16cid:durableId="2005665553">
    <w:abstractNumId w:val="2"/>
  </w:num>
  <w:num w:numId="8" w16cid:durableId="1609268074">
    <w:abstractNumId w:val="1"/>
  </w:num>
  <w:num w:numId="9" w16cid:durableId="1482305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2C1"/>
    <w:rsid w:val="00034616"/>
    <w:rsid w:val="0006063C"/>
    <w:rsid w:val="0015074B"/>
    <w:rsid w:val="0021684D"/>
    <w:rsid w:val="0029639D"/>
    <w:rsid w:val="00326F90"/>
    <w:rsid w:val="003752A7"/>
    <w:rsid w:val="00792FB1"/>
    <w:rsid w:val="00AA1D8D"/>
    <w:rsid w:val="00B47730"/>
    <w:rsid w:val="00C003A7"/>
    <w:rsid w:val="00CB0664"/>
    <w:rsid w:val="00D662E4"/>
    <w:rsid w:val="00E544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69D9B4E"/>
  <w14:defaultImageDpi w14:val="300"/>
  <w15:docId w15:val="{A4BCB802-7E78-4F4B-B437-A84316B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71</Words>
  <Characters>406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伊平屋村役場010</cp:lastModifiedBy>
  <cp:revision>3</cp:revision>
  <dcterms:created xsi:type="dcterms:W3CDTF">2026-11-02T05:18:00Z</dcterms:created>
  <dcterms:modified xsi:type="dcterms:W3CDTF">2026-11-02T08:50:00Z</dcterms:modified>
  <cp:category/>
</cp:coreProperties>
</file>