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6A444" w14:textId="77777777" w:rsidR="00C16721" w:rsidRPr="0076404B" w:rsidRDefault="005406C0">
      <w:pPr>
        <w:spacing w:after="20"/>
        <w:jc w:val="center"/>
        <w:rPr>
          <w:rFonts w:ascii="ＭＳ ゴシック" w:eastAsia="ＭＳ ゴシック" w:hAnsi="ＭＳ ゴシック"/>
        </w:rPr>
      </w:pPr>
      <w:proofErr w:type="spellStart"/>
      <w:r w:rsidRPr="0076404B">
        <w:rPr>
          <w:rFonts w:ascii="ＭＳ ゴシック" w:eastAsia="ＭＳ ゴシック" w:hAnsi="ＭＳ ゴシック"/>
          <w:b/>
          <w:sz w:val="32"/>
        </w:rPr>
        <w:t>各種証明交付申請書（郵送請求用</w:t>
      </w:r>
      <w:proofErr w:type="spellEnd"/>
      <w:r w:rsidRPr="0076404B">
        <w:rPr>
          <w:rFonts w:ascii="ＭＳ ゴシック" w:eastAsia="ＭＳ ゴシック" w:hAnsi="ＭＳ ゴシック"/>
          <w:b/>
          <w:sz w:val="32"/>
        </w:rPr>
        <w:t>）</w:t>
      </w:r>
    </w:p>
    <w:p w14:paraId="5D88A403" w14:textId="760975DF" w:rsidR="00C16721" w:rsidRPr="0076404B" w:rsidRDefault="005406C0">
      <w:pPr>
        <w:spacing w:after="0"/>
        <w:rPr>
          <w:rFonts w:ascii="ＭＳ ゴシック" w:eastAsia="ＭＳ ゴシック" w:hAnsi="ＭＳ ゴシック"/>
          <w:lang w:eastAsia="ja-JP"/>
        </w:rPr>
      </w:pPr>
      <w:r w:rsidRPr="0076404B">
        <w:rPr>
          <w:rFonts w:ascii="ＭＳ ゴシック" w:eastAsia="ＭＳ ゴシック" w:hAnsi="ＭＳ ゴシック"/>
          <w:lang w:eastAsia="ja-JP"/>
        </w:rPr>
        <w:t xml:space="preserve">伊平屋村長　</w:t>
      </w:r>
      <w:r w:rsidR="0076404B" w:rsidRPr="0076404B">
        <w:rPr>
          <w:rFonts w:ascii="ＭＳ ゴシック" w:eastAsia="ＭＳ ゴシック" w:hAnsi="ＭＳ ゴシック" w:cs="ＭＳ 明朝" w:hint="eastAsia"/>
          <w:lang w:eastAsia="ja-JP"/>
        </w:rPr>
        <w:t>宛て</w:t>
      </w:r>
      <w:bookmarkStart w:id="0" w:name="_GoBack"/>
      <w:bookmarkEnd w:id="0"/>
    </w:p>
    <w:p w14:paraId="5E08E2BA" w14:textId="77777777" w:rsidR="00C16721" w:rsidRPr="0076404B" w:rsidRDefault="005406C0" w:rsidP="00B01654">
      <w:pPr>
        <w:spacing w:after="40"/>
        <w:ind w:firstLineChars="100" w:firstLine="180"/>
        <w:rPr>
          <w:rFonts w:ascii="ＭＳ ゴシック" w:eastAsia="ＭＳ ゴシック" w:hAnsi="ＭＳ ゴシック"/>
          <w:lang w:eastAsia="ja-JP"/>
        </w:rPr>
      </w:pPr>
      <w:r w:rsidRPr="0076404B">
        <w:rPr>
          <w:rFonts w:ascii="ＭＳ ゴシック" w:eastAsia="ＭＳ ゴシック" w:hAnsi="ＭＳ ゴシック"/>
          <w:lang w:eastAsia="ja-JP"/>
        </w:rPr>
        <w:t>下記のとおり申請いたします。</w:t>
      </w:r>
    </w:p>
    <w:p w14:paraId="15EED908" w14:textId="77777777" w:rsidR="00C16721" w:rsidRPr="0076404B" w:rsidRDefault="005406C0">
      <w:pPr>
        <w:spacing w:after="20"/>
        <w:rPr>
          <w:rFonts w:ascii="ＭＳ ゴシック" w:eastAsia="ＭＳ ゴシック" w:hAnsi="ＭＳ ゴシック"/>
        </w:rPr>
      </w:pPr>
      <w:r w:rsidRPr="0076404B">
        <w:rPr>
          <w:rFonts w:ascii="ＭＳ ゴシック" w:eastAsia="ＭＳ ゴシック" w:hAnsi="ＭＳ ゴシック"/>
          <w:b/>
          <w:sz w:val="20"/>
        </w:rPr>
        <w:t>1．申請者</w:t>
      </w:r>
    </w:p>
    <w:tbl>
      <w:tblPr>
        <w:tblStyle w:val="afe"/>
        <w:tblW w:w="0" w:type="auto"/>
        <w:jc w:val="center"/>
        <w:tblLook w:val="04A0" w:firstRow="1" w:lastRow="0" w:firstColumn="1" w:lastColumn="0" w:noHBand="0" w:noVBand="1"/>
      </w:tblPr>
      <w:tblGrid>
        <w:gridCol w:w="1607"/>
        <w:gridCol w:w="5334"/>
        <w:gridCol w:w="1691"/>
        <w:gridCol w:w="2584"/>
      </w:tblGrid>
      <w:tr w:rsidR="00C16721" w:rsidRPr="0076404B" w14:paraId="1F0D4325" w14:textId="77777777" w:rsidTr="00B01654">
        <w:trPr>
          <w:jc w:val="center"/>
        </w:trPr>
        <w:tc>
          <w:tcPr>
            <w:tcW w:w="1620" w:type="dxa"/>
            <w:shd w:val="clear" w:color="auto" w:fill="FFFDE1"/>
            <w:tcMar>
              <w:top w:w="40" w:type="dxa"/>
              <w:left w:w="50" w:type="dxa"/>
              <w:bottom w:w="40" w:type="dxa"/>
              <w:right w:w="50" w:type="dxa"/>
            </w:tcMar>
            <w:vAlign w:val="center"/>
          </w:tcPr>
          <w:p w14:paraId="0708CB1F" w14:textId="77777777" w:rsidR="00C16721" w:rsidRPr="0076404B" w:rsidRDefault="005406C0">
            <w:pPr>
              <w:jc w:val="center"/>
              <w:rPr>
                <w:rFonts w:ascii="ＭＳ ゴシック" w:eastAsia="ＭＳ ゴシック" w:hAnsi="ＭＳ ゴシック"/>
              </w:rPr>
            </w:pPr>
            <w:proofErr w:type="spellStart"/>
            <w:r w:rsidRPr="0076404B">
              <w:rPr>
                <w:rFonts w:ascii="ＭＳ ゴシック" w:eastAsia="ＭＳ ゴシック" w:hAnsi="ＭＳ ゴシック"/>
                <w:b/>
                <w:sz w:val="20"/>
              </w:rPr>
              <w:t>氏名</w:t>
            </w:r>
            <w:proofErr w:type="spellEnd"/>
          </w:p>
        </w:tc>
        <w:tc>
          <w:tcPr>
            <w:tcW w:w="5386" w:type="dxa"/>
            <w:tcMar>
              <w:top w:w="40" w:type="dxa"/>
              <w:left w:w="50" w:type="dxa"/>
              <w:bottom w:w="40" w:type="dxa"/>
              <w:right w:w="50" w:type="dxa"/>
            </w:tcMar>
            <w:vAlign w:val="center"/>
          </w:tcPr>
          <w:p w14:paraId="7765151D" w14:textId="77777777" w:rsidR="00C16721" w:rsidRPr="0076404B" w:rsidRDefault="005406C0">
            <w:pPr>
              <w:rPr>
                <w:rFonts w:ascii="ＭＳ ゴシック" w:eastAsia="ＭＳ ゴシック" w:hAnsi="ＭＳ ゴシック"/>
              </w:rPr>
            </w:pPr>
            <w:r w:rsidRPr="0076404B">
              <w:rPr>
                <w:rFonts w:ascii="ＭＳ ゴシック" w:eastAsia="ＭＳ ゴシック" w:hAnsi="ＭＳ ゴシック"/>
                <w:sz w:val="16"/>
              </w:rPr>
              <w:t>フリガナ</w:t>
            </w:r>
            <w:r w:rsidRPr="0076404B">
              <w:rPr>
                <w:rFonts w:ascii="ＭＳ ゴシック" w:eastAsia="ＭＳ ゴシック" w:hAnsi="ＭＳ ゴシック"/>
                <w:sz w:val="16"/>
              </w:rPr>
              <w:br/>
            </w:r>
            <w:r w:rsidRPr="0076404B">
              <w:rPr>
                <w:rFonts w:ascii="ＭＳ ゴシック" w:eastAsia="ＭＳ ゴシック" w:hAnsi="ＭＳ ゴシック"/>
                <w:sz w:val="16"/>
              </w:rPr>
              <w:br/>
            </w:r>
          </w:p>
        </w:tc>
        <w:tc>
          <w:tcPr>
            <w:tcW w:w="1701" w:type="dxa"/>
            <w:shd w:val="clear" w:color="auto" w:fill="FFFDE1"/>
            <w:tcMar>
              <w:top w:w="40" w:type="dxa"/>
              <w:left w:w="50" w:type="dxa"/>
              <w:bottom w:w="40" w:type="dxa"/>
              <w:right w:w="50" w:type="dxa"/>
            </w:tcMar>
            <w:vAlign w:val="center"/>
          </w:tcPr>
          <w:p w14:paraId="7BE7E3DB" w14:textId="77777777" w:rsidR="00C16721" w:rsidRPr="0076404B" w:rsidRDefault="005406C0">
            <w:pPr>
              <w:jc w:val="center"/>
              <w:rPr>
                <w:rFonts w:ascii="ＭＳ ゴシック" w:eastAsia="ＭＳ ゴシック" w:hAnsi="ＭＳ ゴシック"/>
              </w:rPr>
            </w:pPr>
            <w:r w:rsidRPr="0076404B">
              <w:rPr>
                <w:rFonts w:ascii="ＭＳ ゴシック" w:eastAsia="ＭＳ ゴシック" w:hAnsi="ＭＳ ゴシック"/>
                <w:b/>
              </w:rPr>
              <w:t>申請年月日</w:t>
            </w:r>
          </w:p>
        </w:tc>
        <w:tc>
          <w:tcPr>
            <w:tcW w:w="2606" w:type="dxa"/>
            <w:tcMar>
              <w:top w:w="40" w:type="dxa"/>
              <w:left w:w="50" w:type="dxa"/>
              <w:bottom w:w="40" w:type="dxa"/>
              <w:right w:w="50" w:type="dxa"/>
            </w:tcMar>
            <w:vAlign w:val="center"/>
          </w:tcPr>
          <w:p w14:paraId="0A1D3F2C" w14:textId="77777777" w:rsidR="00C16721" w:rsidRPr="0076404B" w:rsidRDefault="005406C0">
            <w:pPr>
              <w:jc w:val="center"/>
              <w:rPr>
                <w:rFonts w:ascii="ＭＳ ゴシック" w:eastAsia="ＭＳ ゴシック" w:hAnsi="ＭＳ ゴシック"/>
              </w:rPr>
            </w:pPr>
            <w:r w:rsidRPr="0076404B">
              <w:rPr>
                <w:rFonts w:ascii="ＭＳ ゴシック" w:eastAsia="ＭＳ ゴシック" w:hAnsi="ＭＳ ゴシック"/>
              </w:rPr>
              <w:t xml:space="preserve">　　　年　　月　　日</w:t>
            </w:r>
          </w:p>
        </w:tc>
      </w:tr>
      <w:tr w:rsidR="0076404B" w:rsidRPr="0076404B" w14:paraId="6322C26C" w14:textId="77777777" w:rsidTr="00B01654">
        <w:trPr>
          <w:jc w:val="center"/>
        </w:trPr>
        <w:tc>
          <w:tcPr>
            <w:tcW w:w="1620" w:type="dxa"/>
            <w:vMerge w:val="restart"/>
            <w:shd w:val="clear" w:color="auto" w:fill="FFFDE1"/>
            <w:tcMar>
              <w:top w:w="40" w:type="dxa"/>
              <w:left w:w="50" w:type="dxa"/>
              <w:bottom w:w="40" w:type="dxa"/>
              <w:right w:w="50" w:type="dxa"/>
            </w:tcMar>
            <w:vAlign w:val="center"/>
          </w:tcPr>
          <w:p w14:paraId="5AD592D8" w14:textId="77777777" w:rsidR="0076404B" w:rsidRPr="0076404B" w:rsidRDefault="0076404B">
            <w:pPr>
              <w:jc w:val="center"/>
              <w:rPr>
                <w:rFonts w:ascii="ＭＳ ゴシック" w:eastAsia="ＭＳ ゴシック" w:hAnsi="ＭＳ ゴシック"/>
              </w:rPr>
            </w:pPr>
            <w:proofErr w:type="spellStart"/>
            <w:r w:rsidRPr="0076404B">
              <w:rPr>
                <w:rFonts w:ascii="ＭＳ ゴシック" w:eastAsia="ＭＳ ゴシック" w:hAnsi="ＭＳ ゴシック"/>
                <w:b/>
                <w:sz w:val="20"/>
              </w:rPr>
              <w:t>住所</w:t>
            </w:r>
            <w:proofErr w:type="spellEnd"/>
          </w:p>
        </w:tc>
        <w:tc>
          <w:tcPr>
            <w:tcW w:w="5386" w:type="dxa"/>
            <w:vMerge w:val="restart"/>
            <w:tcMar>
              <w:top w:w="40" w:type="dxa"/>
              <w:left w:w="50" w:type="dxa"/>
              <w:bottom w:w="40" w:type="dxa"/>
              <w:right w:w="50" w:type="dxa"/>
            </w:tcMar>
            <w:vAlign w:val="center"/>
          </w:tcPr>
          <w:p w14:paraId="4E6F4F58" w14:textId="77777777" w:rsidR="0076404B" w:rsidRPr="0076404B" w:rsidRDefault="0076404B">
            <w:pPr>
              <w:rPr>
                <w:rFonts w:ascii="ＭＳ ゴシック" w:eastAsia="ＭＳ ゴシック" w:hAnsi="ＭＳ ゴシック"/>
              </w:rPr>
            </w:pPr>
            <w:r w:rsidRPr="0076404B">
              <w:rPr>
                <w:rFonts w:ascii="ＭＳ ゴシック" w:eastAsia="ＭＳ ゴシック" w:hAnsi="ＭＳ ゴシック"/>
              </w:rPr>
              <w:t>〒</w:t>
            </w:r>
            <w:r w:rsidRPr="0076404B">
              <w:rPr>
                <w:rFonts w:ascii="ＭＳ ゴシック" w:eastAsia="ＭＳ ゴシック" w:hAnsi="ＭＳ ゴシック"/>
              </w:rPr>
              <w:br/>
            </w:r>
            <w:r w:rsidRPr="0076404B">
              <w:rPr>
                <w:rFonts w:ascii="ＭＳ ゴシック" w:eastAsia="ＭＳ ゴシック" w:hAnsi="ＭＳ ゴシック"/>
              </w:rPr>
              <w:br/>
            </w:r>
          </w:p>
        </w:tc>
        <w:tc>
          <w:tcPr>
            <w:tcW w:w="1701" w:type="dxa"/>
            <w:shd w:val="clear" w:color="auto" w:fill="FFFDE1"/>
            <w:tcMar>
              <w:top w:w="40" w:type="dxa"/>
              <w:left w:w="50" w:type="dxa"/>
              <w:bottom w:w="40" w:type="dxa"/>
              <w:right w:w="50" w:type="dxa"/>
            </w:tcMar>
            <w:vAlign w:val="center"/>
          </w:tcPr>
          <w:p w14:paraId="1F43CBDF" w14:textId="77777777" w:rsidR="0076404B" w:rsidRPr="0076404B" w:rsidRDefault="0076404B">
            <w:pPr>
              <w:jc w:val="center"/>
              <w:rPr>
                <w:rFonts w:ascii="ＭＳ ゴシック" w:eastAsia="ＭＳ ゴシック" w:hAnsi="ＭＳ ゴシック"/>
              </w:rPr>
            </w:pPr>
            <w:r w:rsidRPr="0076404B">
              <w:rPr>
                <w:rFonts w:ascii="ＭＳ ゴシック" w:eastAsia="ＭＳ ゴシック" w:hAnsi="ＭＳ ゴシック"/>
                <w:b/>
              </w:rPr>
              <w:t>生年月日</w:t>
            </w:r>
          </w:p>
        </w:tc>
        <w:tc>
          <w:tcPr>
            <w:tcW w:w="2606" w:type="dxa"/>
            <w:tcMar>
              <w:top w:w="40" w:type="dxa"/>
              <w:left w:w="50" w:type="dxa"/>
              <w:bottom w:w="40" w:type="dxa"/>
              <w:right w:w="50" w:type="dxa"/>
            </w:tcMar>
            <w:vAlign w:val="center"/>
          </w:tcPr>
          <w:p w14:paraId="06F0E8E1" w14:textId="77777777" w:rsidR="0076404B" w:rsidRPr="0076404B" w:rsidRDefault="0076404B">
            <w:pPr>
              <w:jc w:val="center"/>
              <w:rPr>
                <w:rFonts w:ascii="ＭＳ ゴシック" w:eastAsia="ＭＳ ゴシック" w:hAnsi="ＭＳ ゴシック"/>
                <w:lang w:eastAsia="ja-JP"/>
              </w:rPr>
            </w:pPr>
            <w:r w:rsidRPr="0076404B">
              <w:rPr>
                <w:rFonts w:ascii="ＭＳ ゴシック" w:eastAsia="ＭＳ ゴシック" w:hAnsi="ＭＳ ゴシック"/>
                <w:lang w:eastAsia="ja-JP"/>
              </w:rPr>
              <w:t>昭和・平成・西暦</w:t>
            </w:r>
            <w:r w:rsidRPr="0076404B">
              <w:rPr>
                <w:rFonts w:ascii="ＭＳ ゴシック" w:eastAsia="ＭＳ ゴシック" w:hAnsi="ＭＳ ゴシック"/>
                <w:lang w:eastAsia="ja-JP"/>
              </w:rPr>
              <w:br/>
              <w:t xml:space="preserve">　　　年　　月　　日</w:t>
            </w:r>
          </w:p>
        </w:tc>
      </w:tr>
      <w:tr w:rsidR="0076404B" w:rsidRPr="0076404B" w14:paraId="4F9150EE" w14:textId="77777777" w:rsidTr="00B01654">
        <w:trPr>
          <w:trHeight w:val="538"/>
          <w:jc w:val="center"/>
        </w:trPr>
        <w:tc>
          <w:tcPr>
            <w:tcW w:w="1620" w:type="dxa"/>
            <w:vMerge/>
            <w:tcMar>
              <w:top w:w="40" w:type="dxa"/>
              <w:left w:w="50" w:type="dxa"/>
              <w:bottom w:w="40" w:type="dxa"/>
              <w:right w:w="50" w:type="dxa"/>
            </w:tcMar>
            <w:vAlign w:val="center"/>
          </w:tcPr>
          <w:p w14:paraId="47899C66" w14:textId="77777777" w:rsidR="0076404B" w:rsidRPr="0076404B" w:rsidRDefault="0076404B">
            <w:pPr>
              <w:rPr>
                <w:rFonts w:ascii="ＭＳ ゴシック" w:eastAsia="ＭＳ ゴシック" w:hAnsi="ＭＳ ゴシック"/>
                <w:lang w:eastAsia="ja-JP"/>
              </w:rPr>
            </w:pPr>
          </w:p>
        </w:tc>
        <w:tc>
          <w:tcPr>
            <w:tcW w:w="5386" w:type="dxa"/>
            <w:vMerge/>
          </w:tcPr>
          <w:p w14:paraId="0541D5DE" w14:textId="77777777" w:rsidR="0076404B" w:rsidRPr="0076404B" w:rsidRDefault="0076404B">
            <w:pPr>
              <w:rPr>
                <w:rFonts w:ascii="ＭＳ ゴシック" w:eastAsia="ＭＳ ゴシック" w:hAnsi="ＭＳ ゴシック"/>
                <w:lang w:eastAsia="ja-JP"/>
              </w:rPr>
            </w:pPr>
          </w:p>
        </w:tc>
        <w:tc>
          <w:tcPr>
            <w:tcW w:w="1701" w:type="dxa"/>
            <w:shd w:val="clear" w:color="auto" w:fill="FFFDE1"/>
            <w:tcMar>
              <w:top w:w="40" w:type="dxa"/>
              <w:left w:w="50" w:type="dxa"/>
              <w:bottom w:w="40" w:type="dxa"/>
              <w:right w:w="50" w:type="dxa"/>
            </w:tcMar>
            <w:vAlign w:val="center"/>
          </w:tcPr>
          <w:p w14:paraId="49B64CD6" w14:textId="77777777" w:rsidR="0076404B" w:rsidRPr="0076404B" w:rsidRDefault="0076404B">
            <w:pPr>
              <w:jc w:val="center"/>
              <w:rPr>
                <w:rFonts w:ascii="ＭＳ ゴシック" w:eastAsia="ＭＳ ゴシック" w:hAnsi="ＭＳ ゴシック"/>
              </w:rPr>
            </w:pPr>
            <w:proofErr w:type="spellStart"/>
            <w:r w:rsidRPr="0076404B">
              <w:rPr>
                <w:rFonts w:ascii="ＭＳ ゴシック" w:eastAsia="ＭＳ ゴシック" w:hAnsi="ＭＳ ゴシック"/>
                <w:b/>
                <w:sz w:val="16"/>
              </w:rPr>
              <w:t>日中連絡先（TEL</w:t>
            </w:r>
            <w:proofErr w:type="spellEnd"/>
            <w:r w:rsidRPr="0076404B">
              <w:rPr>
                <w:rFonts w:ascii="ＭＳ ゴシック" w:eastAsia="ＭＳ ゴシック" w:hAnsi="ＭＳ ゴシック"/>
                <w:b/>
                <w:sz w:val="16"/>
              </w:rPr>
              <w:t>）</w:t>
            </w:r>
          </w:p>
        </w:tc>
        <w:tc>
          <w:tcPr>
            <w:tcW w:w="2606" w:type="dxa"/>
            <w:tcMar>
              <w:top w:w="40" w:type="dxa"/>
              <w:left w:w="50" w:type="dxa"/>
              <w:bottom w:w="40" w:type="dxa"/>
              <w:right w:w="50" w:type="dxa"/>
            </w:tcMar>
            <w:vAlign w:val="center"/>
          </w:tcPr>
          <w:p w14:paraId="71AE8781" w14:textId="77777777" w:rsidR="0076404B" w:rsidRPr="0076404B" w:rsidRDefault="0076404B">
            <w:pPr>
              <w:rPr>
                <w:rFonts w:ascii="ＭＳ ゴシック" w:eastAsia="ＭＳ ゴシック" w:hAnsi="ＭＳ ゴシック"/>
              </w:rPr>
            </w:pPr>
          </w:p>
        </w:tc>
      </w:tr>
    </w:tbl>
    <w:p w14:paraId="14DA980D" w14:textId="77777777" w:rsidR="00C16721" w:rsidRPr="0076404B" w:rsidRDefault="005406C0">
      <w:pPr>
        <w:spacing w:after="0"/>
        <w:rPr>
          <w:rFonts w:ascii="ＭＳ ゴシック" w:eastAsia="ＭＳ ゴシック" w:hAnsi="ＭＳ ゴシック"/>
          <w:lang w:eastAsia="ja-JP"/>
        </w:rPr>
      </w:pPr>
      <w:r w:rsidRPr="0076404B">
        <w:rPr>
          <w:rFonts w:ascii="ＭＳ ゴシック" w:eastAsia="ＭＳ ゴシック" w:hAnsi="ＭＳ ゴシック"/>
          <w:b/>
          <w:sz w:val="20"/>
          <w:lang w:eastAsia="ja-JP"/>
        </w:rPr>
        <w:t>2．どなたの証明が必要ですか</w:t>
      </w:r>
    </w:p>
    <w:p w14:paraId="2107D92E" w14:textId="77777777" w:rsidR="00C16721" w:rsidRPr="0076404B" w:rsidRDefault="005406C0">
      <w:pPr>
        <w:spacing w:after="20"/>
        <w:rPr>
          <w:rFonts w:ascii="ＭＳ ゴシック" w:eastAsia="ＭＳ ゴシック" w:hAnsi="ＭＳ ゴシック"/>
          <w:lang w:eastAsia="ja-JP"/>
        </w:rPr>
      </w:pPr>
      <w:r w:rsidRPr="0076404B">
        <w:rPr>
          <w:rFonts w:ascii="ＭＳ ゴシック" w:eastAsia="ＭＳ ゴシック" w:hAnsi="ＭＳ ゴシック"/>
          <w:lang w:eastAsia="ja-JP"/>
        </w:rPr>
        <w:t xml:space="preserve">　□ 上記（申請者）と同じ　　□ 下記の方（氏名・住所等を記入してください）　　※代理の場合は別途、委任状が必要です。</w:t>
      </w:r>
    </w:p>
    <w:tbl>
      <w:tblPr>
        <w:tblStyle w:val="afe"/>
        <w:tblW w:w="11390" w:type="dxa"/>
        <w:tblLook w:val="04A0" w:firstRow="1" w:lastRow="0" w:firstColumn="1" w:lastColumn="0" w:noHBand="0" w:noVBand="1"/>
      </w:tblPr>
      <w:tblGrid>
        <w:gridCol w:w="1020"/>
        <w:gridCol w:w="5102"/>
        <w:gridCol w:w="1587"/>
        <w:gridCol w:w="3681"/>
      </w:tblGrid>
      <w:tr w:rsidR="00C16721" w:rsidRPr="00B01654" w14:paraId="3FBB7B5C" w14:textId="77777777" w:rsidTr="00B01654">
        <w:tc>
          <w:tcPr>
            <w:tcW w:w="1020" w:type="dxa"/>
            <w:shd w:val="clear" w:color="auto" w:fill="FFFDE1"/>
            <w:tcMar>
              <w:top w:w="40" w:type="dxa"/>
              <w:left w:w="50" w:type="dxa"/>
              <w:bottom w:w="40" w:type="dxa"/>
              <w:right w:w="50" w:type="dxa"/>
            </w:tcMar>
            <w:vAlign w:val="center"/>
          </w:tcPr>
          <w:p w14:paraId="452384DD" w14:textId="77777777" w:rsidR="00C16721" w:rsidRPr="0076404B" w:rsidRDefault="005406C0">
            <w:pPr>
              <w:jc w:val="center"/>
              <w:rPr>
                <w:rFonts w:ascii="ＭＳ ゴシック" w:eastAsia="ＭＳ ゴシック" w:hAnsi="ＭＳ ゴシック"/>
              </w:rPr>
            </w:pPr>
            <w:proofErr w:type="spellStart"/>
            <w:r w:rsidRPr="0076404B">
              <w:rPr>
                <w:rFonts w:ascii="ＭＳ ゴシック" w:eastAsia="ＭＳ ゴシック" w:hAnsi="ＭＳ ゴシック"/>
                <w:b/>
              </w:rPr>
              <w:t>氏名</w:t>
            </w:r>
            <w:proofErr w:type="spellEnd"/>
            <w:r w:rsidRPr="0076404B">
              <w:rPr>
                <w:rFonts w:ascii="ＭＳ ゴシック" w:eastAsia="ＭＳ ゴシック" w:hAnsi="ＭＳ ゴシック"/>
                <w:b/>
              </w:rPr>
              <w:br/>
              <w:t>（</w:t>
            </w:r>
            <w:proofErr w:type="spellStart"/>
            <w:r w:rsidRPr="0076404B">
              <w:rPr>
                <w:rFonts w:ascii="ＭＳ ゴシック" w:eastAsia="ＭＳ ゴシック" w:hAnsi="ＭＳ ゴシック"/>
                <w:b/>
              </w:rPr>
              <w:t>名称</w:t>
            </w:r>
            <w:proofErr w:type="spellEnd"/>
            <w:r w:rsidRPr="0076404B">
              <w:rPr>
                <w:rFonts w:ascii="ＭＳ ゴシック" w:eastAsia="ＭＳ ゴシック" w:hAnsi="ＭＳ ゴシック"/>
                <w:b/>
              </w:rPr>
              <w:t>）</w:t>
            </w:r>
          </w:p>
        </w:tc>
        <w:tc>
          <w:tcPr>
            <w:tcW w:w="5102" w:type="dxa"/>
            <w:tcMar>
              <w:top w:w="40" w:type="dxa"/>
              <w:left w:w="50" w:type="dxa"/>
              <w:bottom w:w="40" w:type="dxa"/>
              <w:right w:w="50" w:type="dxa"/>
            </w:tcMar>
            <w:vAlign w:val="center"/>
          </w:tcPr>
          <w:p w14:paraId="7EACF33D" w14:textId="77777777" w:rsidR="00C16721" w:rsidRPr="0076404B" w:rsidRDefault="005406C0">
            <w:pPr>
              <w:rPr>
                <w:rFonts w:ascii="ＭＳ ゴシック" w:eastAsia="ＭＳ ゴシック" w:hAnsi="ＭＳ ゴシック"/>
                <w:lang w:eastAsia="ja-JP"/>
              </w:rPr>
            </w:pPr>
            <w:r w:rsidRPr="0076404B">
              <w:rPr>
                <w:rFonts w:ascii="ＭＳ ゴシック" w:eastAsia="ＭＳ ゴシック" w:hAnsi="ＭＳ ゴシック"/>
                <w:sz w:val="16"/>
                <w:lang w:eastAsia="ja-JP"/>
              </w:rPr>
              <w:t>フリガナ</w:t>
            </w:r>
            <w:r w:rsidRPr="0076404B">
              <w:rPr>
                <w:rFonts w:ascii="ＭＳ ゴシック" w:eastAsia="ＭＳ ゴシック" w:hAnsi="ＭＳ ゴシック"/>
                <w:sz w:val="16"/>
                <w:lang w:eastAsia="ja-JP"/>
              </w:rPr>
              <w:br/>
            </w:r>
            <w:r w:rsidRPr="0076404B">
              <w:rPr>
                <w:rFonts w:ascii="ＭＳ ゴシック" w:eastAsia="ＭＳ ゴシック" w:hAnsi="ＭＳ ゴシック"/>
                <w:sz w:val="16"/>
                <w:lang w:eastAsia="ja-JP"/>
              </w:rPr>
              <w:br/>
              <w:t xml:space="preserve">　　　　　　　　　　　　　　（※法人は印を押してください）　㊞</w:t>
            </w:r>
          </w:p>
        </w:tc>
        <w:tc>
          <w:tcPr>
            <w:tcW w:w="1587" w:type="dxa"/>
            <w:shd w:val="clear" w:color="auto" w:fill="FFFDE1"/>
            <w:tcMar>
              <w:top w:w="40" w:type="dxa"/>
              <w:left w:w="50" w:type="dxa"/>
              <w:bottom w:w="40" w:type="dxa"/>
              <w:right w:w="50" w:type="dxa"/>
            </w:tcMar>
            <w:vAlign w:val="center"/>
          </w:tcPr>
          <w:p w14:paraId="4BFC6D03" w14:textId="77777777" w:rsidR="00C16721" w:rsidRPr="0076404B" w:rsidRDefault="005406C0">
            <w:pPr>
              <w:jc w:val="center"/>
              <w:rPr>
                <w:rFonts w:ascii="ＭＳ ゴシック" w:eastAsia="ＭＳ ゴシック" w:hAnsi="ＭＳ ゴシック"/>
              </w:rPr>
            </w:pPr>
            <w:proofErr w:type="spellStart"/>
            <w:r w:rsidRPr="0076404B">
              <w:rPr>
                <w:rFonts w:ascii="ＭＳ ゴシック" w:eastAsia="ＭＳ ゴシック" w:hAnsi="ＭＳ ゴシック"/>
                <w:b/>
                <w:sz w:val="16"/>
              </w:rPr>
              <w:t>生年月日</w:t>
            </w:r>
            <w:proofErr w:type="spellEnd"/>
            <w:r w:rsidRPr="0076404B">
              <w:rPr>
                <w:rFonts w:ascii="ＭＳ ゴシック" w:eastAsia="ＭＳ ゴシック" w:hAnsi="ＭＳ ゴシック"/>
                <w:b/>
                <w:sz w:val="16"/>
              </w:rPr>
              <w:br/>
              <w:t>（</w:t>
            </w:r>
            <w:proofErr w:type="spellStart"/>
            <w:r w:rsidRPr="0076404B">
              <w:rPr>
                <w:rFonts w:ascii="ＭＳ ゴシック" w:eastAsia="ＭＳ ゴシック" w:hAnsi="ＭＳ ゴシック"/>
                <w:b/>
                <w:sz w:val="16"/>
              </w:rPr>
              <w:t>設立年月日</w:t>
            </w:r>
            <w:proofErr w:type="spellEnd"/>
            <w:r w:rsidRPr="0076404B">
              <w:rPr>
                <w:rFonts w:ascii="ＭＳ ゴシック" w:eastAsia="ＭＳ ゴシック" w:hAnsi="ＭＳ ゴシック"/>
                <w:b/>
                <w:sz w:val="16"/>
              </w:rPr>
              <w:t>）</w:t>
            </w:r>
          </w:p>
        </w:tc>
        <w:tc>
          <w:tcPr>
            <w:tcW w:w="3681" w:type="dxa"/>
            <w:tcMar>
              <w:top w:w="40" w:type="dxa"/>
              <w:left w:w="50" w:type="dxa"/>
              <w:bottom w:w="40" w:type="dxa"/>
              <w:right w:w="50" w:type="dxa"/>
            </w:tcMar>
            <w:vAlign w:val="center"/>
          </w:tcPr>
          <w:p w14:paraId="2DEEDDB0" w14:textId="77777777" w:rsidR="00C16721" w:rsidRPr="0076404B" w:rsidRDefault="005406C0">
            <w:pPr>
              <w:jc w:val="center"/>
              <w:rPr>
                <w:rFonts w:ascii="ＭＳ ゴシック" w:eastAsia="ＭＳ ゴシック" w:hAnsi="ＭＳ ゴシック"/>
                <w:lang w:eastAsia="ja-JP"/>
              </w:rPr>
            </w:pPr>
            <w:r w:rsidRPr="0076404B">
              <w:rPr>
                <w:rFonts w:ascii="ＭＳ ゴシック" w:eastAsia="ＭＳ ゴシック" w:hAnsi="ＭＳ ゴシック"/>
                <w:lang w:eastAsia="ja-JP"/>
              </w:rPr>
              <w:t>昭和・平成・西暦</w:t>
            </w:r>
            <w:r w:rsidRPr="0076404B">
              <w:rPr>
                <w:rFonts w:ascii="ＭＳ ゴシック" w:eastAsia="ＭＳ ゴシック" w:hAnsi="ＭＳ ゴシック"/>
                <w:lang w:eastAsia="ja-JP"/>
              </w:rPr>
              <w:br/>
              <w:t xml:space="preserve">　　　年　　月　　日</w:t>
            </w:r>
          </w:p>
        </w:tc>
      </w:tr>
      <w:tr w:rsidR="00C16721" w:rsidRPr="0076404B" w14:paraId="6A843D69" w14:textId="77777777" w:rsidTr="00B01654">
        <w:tc>
          <w:tcPr>
            <w:tcW w:w="1020" w:type="dxa"/>
            <w:shd w:val="clear" w:color="auto" w:fill="FFFDE1"/>
            <w:tcMar>
              <w:top w:w="40" w:type="dxa"/>
              <w:left w:w="50" w:type="dxa"/>
              <w:bottom w:w="40" w:type="dxa"/>
              <w:right w:w="50" w:type="dxa"/>
            </w:tcMar>
            <w:vAlign w:val="center"/>
          </w:tcPr>
          <w:p w14:paraId="16784AC5" w14:textId="77777777" w:rsidR="00C16721" w:rsidRPr="0076404B" w:rsidRDefault="005406C0">
            <w:pPr>
              <w:jc w:val="center"/>
              <w:rPr>
                <w:rFonts w:ascii="ＭＳ ゴシック" w:eastAsia="ＭＳ ゴシック" w:hAnsi="ＭＳ ゴシック"/>
              </w:rPr>
            </w:pPr>
            <w:proofErr w:type="spellStart"/>
            <w:r w:rsidRPr="0076404B">
              <w:rPr>
                <w:rFonts w:ascii="ＭＳ ゴシック" w:eastAsia="ＭＳ ゴシック" w:hAnsi="ＭＳ ゴシック"/>
                <w:b/>
              </w:rPr>
              <w:t>住所</w:t>
            </w:r>
            <w:proofErr w:type="spellEnd"/>
            <w:r w:rsidRPr="0076404B">
              <w:rPr>
                <w:rFonts w:ascii="ＭＳ ゴシック" w:eastAsia="ＭＳ ゴシック" w:hAnsi="ＭＳ ゴシック"/>
                <w:b/>
              </w:rPr>
              <w:br/>
              <w:t>（</w:t>
            </w:r>
            <w:proofErr w:type="spellStart"/>
            <w:r w:rsidRPr="0076404B">
              <w:rPr>
                <w:rFonts w:ascii="ＭＳ ゴシック" w:eastAsia="ＭＳ ゴシック" w:hAnsi="ＭＳ ゴシック"/>
                <w:b/>
              </w:rPr>
              <w:t>所在地</w:t>
            </w:r>
            <w:proofErr w:type="spellEnd"/>
            <w:r w:rsidRPr="0076404B">
              <w:rPr>
                <w:rFonts w:ascii="ＭＳ ゴシック" w:eastAsia="ＭＳ ゴシック" w:hAnsi="ＭＳ ゴシック"/>
                <w:b/>
              </w:rPr>
              <w:t>）</w:t>
            </w:r>
          </w:p>
        </w:tc>
        <w:tc>
          <w:tcPr>
            <w:tcW w:w="10370" w:type="dxa"/>
            <w:gridSpan w:val="3"/>
            <w:tcMar>
              <w:top w:w="40" w:type="dxa"/>
              <w:left w:w="50" w:type="dxa"/>
              <w:bottom w:w="40" w:type="dxa"/>
              <w:right w:w="50" w:type="dxa"/>
            </w:tcMar>
            <w:vAlign w:val="center"/>
          </w:tcPr>
          <w:p w14:paraId="1FD932F2" w14:textId="77777777" w:rsidR="00C16721" w:rsidRPr="0076404B" w:rsidRDefault="005406C0">
            <w:pPr>
              <w:rPr>
                <w:rFonts w:ascii="ＭＳ ゴシック" w:eastAsia="ＭＳ ゴシック" w:hAnsi="ＭＳ ゴシック"/>
              </w:rPr>
            </w:pPr>
            <w:r w:rsidRPr="0076404B">
              <w:rPr>
                <w:rFonts w:ascii="ＭＳ ゴシック" w:eastAsia="ＭＳ ゴシック" w:hAnsi="ＭＳ ゴシック"/>
              </w:rPr>
              <w:t>〒</w:t>
            </w:r>
            <w:r w:rsidRPr="0076404B">
              <w:rPr>
                <w:rFonts w:ascii="ＭＳ ゴシック" w:eastAsia="ＭＳ ゴシック" w:hAnsi="ＭＳ ゴシック"/>
              </w:rPr>
              <w:br/>
            </w:r>
          </w:p>
        </w:tc>
      </w:tr>
    </w:tbl>
    <w:p w14:paraId="6E34DAA1" w14:textId="77777777" w:rsidR="00C16721" w:rsidRPr="0076404B" w:rsidRDefault="005406C0">
      <w:pPr>
        <w:spacing w:after="20"/>
        <w:rPr>
          <w:rFonts w:ascii="ＭＳ ゴシック" w:eastAsia="ＭＳ ゴシック" w:hAnsi="ＭＳ ゴシック"/>
          <w:lang w:eastAsia="ja-JP"/>
        </w:rPr>
      </w:pPr>
      <w:r w:rsidRPr="0076404B">
        <w:rPr>
          <w:rFonts w:ascii="ＭＳ ゴシック" w:eastAsia="ＭＳ ゴシック" w:hAnsi="ＭＳ ゴシック"/>
          <w:b/>
          <w:sz w:val="20"/>
          <w:lang w:eastAsia="ja-JP"/>
        </w:rPr>
        <w:t>3．申請する証明書に✓印をして年度・通数を記入してください。</w:t>
      </w:r>
    </w:p>
    <w:tbl>
      <w:tblPr>
        <w:tblStyle w:val="afe"/>
        <w:tblW w:w="11390" w:type="dxa"/>
        <w:jc w:val="center"/>
        <w:tblLayout w:type="fixed"/>
        <w:tblLook w:val="04A0" w:firstRow="1" w:lastRow="0" w:firstColumn="1" w:lastColumn="0" w:noHBand="0" w:noVBand="1"/>
      </w:tblPr>
      <w:tblGrid>
        <w:gridCol w:w="4902"/>
        <w:gridCol w:w="1811"/>
        <w:gridCol w:w="32"/>
        <w:gridCol w:w="1701"/>
        <w:gridCol w:w="2944"/>
      </w:tblGrid>
      <w:tr w:rsidR="00B01654" w:rsidRPr="0076404B" w14:paraId="0F9EB230" w14:textId="77777777" w:rsidTr="00B01654">
        <w:trPr>
          <w:jc w:val="center"/>
        </w:trPr>
        <w:tc>
          <w:tcPr>
            <w:tcW w:w="4902" w:type="dxa"/>
            <w:tcMar>
              <w:top w:w="40" w:type="dxa"/>
              <w:left w:w="50" w:type="dxa"/>
              <w:bottom w:w="40" w:type="dxa"/>
              <w:right w:w="50" w:type="dxa"/>
            </w:tcMar>
            <w:vAlign w:val="center"/>
          </w:tcPr>
          <w:p w14:paraId="45E88F6C" w14:textId="77777777" w:rsidR="00B01654" w:rsidRPr="0076404B" w:rsidRDefault="00B01654">
            <w:pP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課税証明書</w:t>
            </w:r>
            <w:proofErr w:type="spellEnd"/>
          </w:p>
        </w:tc>
        <w:tc>
          <w:tcPr>
            <w:tcW w:w="1843" w:type="dxa"/>
            <w:gridSpan w:val="2"/>
            <w:vMerge w:val="restart"/>
            <w:tcMar>
              <w:top w:w="40" w:type="dxa"/>
              <w:left w:w="50" w:type="dxa"/>
              <w:bottom w:w="40" w:type="dxa"/>
              <w:right w:w="50" w:type="dxa"/>
            </w:tcMar>
            <w:vAlign w:val="center"/>
          </w:tcPr>
          <w:p w14:paraId="05D2F6FB" w14:textId="7472E8C8" w:rsidR="00B01654" w:rsidRPr="0076404B" w:rsidRDefault="00B01654" w:rsidP="00B01654">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1年度・1税目</w:t>
            </w:r>
            <w:r w:rsidRPr="0076404B">
              <w:rPr>
                <w:rFonts w:ascii="ＭＳ ゴシック" w:eastAsia="ＭＳ ゴシック" w:hAnsi="ＭＳ ゴシック"/>
                <w:sz w:val="16"/>
                <w:szCs w:val="16"/>
              </w:rPr>
              <w:br/>
              <w:t>につき</w:t>
            </w:r>
            <w:r w:rsidRPr="0076404B">
              <w:rPr>
                <w:rFonts w:ascii="ＭＳ ゴシック" w:eastAsia="ＭＳ ゴシック" w:hAnsi="ＭＳ ゴシック" w:hint="eastAsia"/>
                <w:sz w:val="16"/>
                <w:szCs w:val="16"/>
                <w:lang w:eastAsia="ja-JP"/>
              </w:rPr>
              <w:t>2</w:t>
            </w:r>
            <w:r w:rsidRPr="0076404B">
              <w:rPr>
                <w:rFonts w:ascii="ＭＳ ゴシック" w:eastAsia="ＭＳ ゴシック" w:hAnsi="ＭＳ ゴシック"/>
                <w:sz w:val="16"/>
                <w:szCs w:val="16"/>
              </w:rPr>
              <w:t>00円</w:t>
            </w:r>
          </w:p>
        </w:tc>
        <w:tc>
          <w:tcPr>
            <w:tcW w:w="1701" w:type="dxa"/>
            <w:tcMar>
              <w:top w:w="40" w:type="dxa"/>
              <w:left w:w="50" w:type="dxa"/>
              <w:bottom w:w="40" w:type="dxa"/>
              <w:right w:w="50" w:type="dxa"/>
            </w:tcMar>
            <w:vAlign w:val="center"/>
          </w:tcPr>
          <w:p w14:paraId="0959BF5F" w14:textId="77777777" w:rsidR="00B01654" w:rsidRPr="0076404B" w:rsidRDefault="00B01654">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年度</w:t>
            </w:r>
            <w:proofErr w:type="spellEnd"/>
          </w:p>
        </w:tc>
        <w:tc>
          <w:tcPr>
            <w:tcW w:w="2944" w:type="dxa"/>
            <w:tcMar>
              <w:top w:w="40" w:type="dxa"/>
              <w:left w:w="50" w:type="dxa"/>
              <w:bottom w:w="40" w:type="dxa"/>
              <w:right w:w="50" w:type="dxa"/>
            </w:tcMar>
            <w:vAlign w:val="center"/>
          </w:tcPr>
          <w:p w14:paraId="530F5E3A" w14:textId="77777777" w:rsidR="00B01654" w:rsidRPr="0076404B" w:rsidRDefault="00B01654">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通</w:t>
            </w:r>
          </w:p>
        </w:tc>
      </w:tr>
      <w:tr w:rsidR="00B01654" w:rsidRPr="0076404B" w14:paraId="13594A20" w14:textId="77777777" w:rsidTr="00B01654">
        <w:trPr>
          <w:jc w:val="center"/>
        </w:trPr>
        <w:tc>
          <w:tcPr>
            <w:tcW w:w="4902" w:type="dxa"/>
            <w:tcMar>
              <w:top w:w="40" w:type="dxa"/>
              <w:left w:w="50" w:type="dxa"/>
              <w:bottom w:w="40" w:type="dxa"/>
              <w:right w:w="50" w:type="dxa"/>
            </w:tcMar>
            <w:vAlign w:val="center"/>
          </w:tcPr>
          <w:p w14:paraId="56268A1E" w14:textId="77777777" w:rsidR="00B01654" w:rsidRPr="0076404B" w:rsidRDefault="00B01654">
            <w:pP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非課税証明書</w:t>
            </w:r>
            <w:proofErr w:type="spellEnd"/>
          </w:p>
        </w:tc>
        <w:tc>
          <w:tcPr>
            <w:tcW w:w="1843" w:type="dxa"/>
            <w:gridSpan w:val="2"/>
            <w:vMerge/>
            <w:tcMar>
              <w:top w:w="40" w:type="dxa"/>
              <w:left w:w="50" w:type="dxa"/>
              <w:bottom w:w="40" w:type="dxa"/>
              <w:right w:w="50" w:type="dxa"/>
            </w:tcMar>
            <w:vAlign w:val="center"/>
          </w:tcPr>
          <w:p w14:paraId="1F8D80F5" w14:textId="696937A1" w:rsidR="00B01654" w:rsidRPr="0076404B" w:rsidRDefault="00B01654" w:rsidP="0019535B">
            <w:pPr>
              <w:jc w:val="center"/>
              <w:rPr>
                <w:rFonts w:ascii="ＭＳ ゴシック" w:eastAsia="ＭＳ ゴシック" w:hAnsi="ＭＳ ゴシック"/>
                <w:sz w:val="16"/>
                <w:szCs w:val="16"/>
              </w:rPr>
            </w:pPr>
          </w:p>
        </w:tc>
        <w:tc>
          <w:tcPr>
            <w:tcW w:w="1701" w:type="dxa"/>
            <w:tcMar>
              <w:top w:w="40" w:type="dxa"/>
              <w:left w:w="50" w:type="dxa"/>
              <w:bottom w:w="40" w:type="dxa"/>
              <w:right w:w="50" w:type="dxa"/>
            </w:tcMar>
            <w:vAlign w:val="center"/>
          </w:tcPr>
          <w:p w14:paraId="12990B9A" w14:textId="77777777" w:rsidR="00B01654" w:rsidRPr="0076404B" w:rsidRDefault="00B01654">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年度</w:t>
            </w:r>
            <w:proofErr w:type="spellEnd"/>
          </w:p>
        </w:tc>
        <w:tc>
          <w:tcPr>
            <w:tcW w:w="2944" w:type="dxa"/>
            <w:tcMar>
              <w:top w:w="40" w:type="dxa"/>
              <w:left w:w="50" w:type="dxa"/>
              <w:bottom w:w="40" w:type="dxa"/>
              <w:right w:w="50" w:type="dxa"/>
            </w:tcMar>
            <w:vAlign w:val="center"/>
          </w:tcPr>
          <w:p w14:paraId="145EC932" w14:textId="77777777" w:rsidR="00B01654" w:rsidRPr="0076404B" w:rsidRDefault="00B01654">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通</w:t>
            </w:r>
          </w:p>
        </w:tc>
      </w:tr>
      <w:tr w:rsidR="00B01654" w:rsidRPr="0076404B" w14:paraId="1A67EE96" w14:textId="77777777" w:rsidTr="00B01654">
        <w:trPr>
          <w:jc w:val="center"/>
        </w:trPr>
        <w:tc>
          <w:tcPr>
            <w:tcW w:w="4902" w:type="dxa"/>
            <w:tcMar>
              <w:top w:w="40" w:type="dxa"/>
              <w:left w:w="50" w:type="dxa"/>
              <w:bottom w:w="40" w:type="dxa"/>
              <w:right w:w="50" w:type="dxa"/>
            </w:tcMar>
            <w:vAlign w:val="center"/>
          </w:tcPr>
          <w:p w14:paraId="637D61A0" w14:textId="77777777" w:rsidR="00B01654" w:rsidRPr="0076404B" w:rsidRDefault="00B01654">
            <w:pP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所得証明書</w:t>
            </w:r>
            <w:proofErr w:type="spellEnd"/>
          </w:p>
        </w:tc>
        <w:tc>
          <w:tcPr>
            <w:tcW w:w="1843" w:type="dxa"/>
            <w:gridSpan w:val="2"/>
            <w:vMerge/>
            <w:tcMar>
              <w:top w:w="40" w:type="dxa"/>
              <w:left w:w="50" w:type="dxa"/>
              <w:bottom w:w="40" w:type="dxa"/>
              <w:right w:w="50" w:type="dxa"/>
            </w:tcMar>
            <w:vAlign w:val="center"/>
          </w:tcPr>
          <w:p w14:paraId="5C171336" w14:textId="3E57D05D" w:rsidR="00B01654" w:rsidRPr="0076404B" w:rsidRDefault="00B01654" w:rsidP="0019535B">
            <w:pPr>
              <w:jc w:val="center"/>
              <w:rPr>
                <w:rFonts w:ascii="ＭＳ ゴシック" w:eastAsia="ＭＳ ゴシック" w:hAnsi="ＭＳ ゴシック"/>
                <w:sz w:val="16"/>
                <w:szCs w:val="16"/>
              </w:rPr>
            </w:pPr>
          </w:p>
        </w:tc>
        <w:tc>
          <w:tcPr>
            <w:tcW w:w="1701" w:type="dxa"/>
            <w:tcMar>
              <w:top w:w="40" w:type="dxa"/>
              <w:left w:w="50" w:type="dxa"/>
              <w:bottom w:w="40" w:type="dxa"/>
              <w:right w:w="50" w:type="dxa"/>
            </w:tcMar>
            <w:vAlign w:val="center"/>
          </w:tcPr>
          <w:p w14:paraId="7C48E185" w14:textId="77777777" w:rsidR="00B01654" w:rsidRPr="0076404B" w:rsidRDefault="00B01654">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年度</w:t>
            </w:r>
            <w:proofErr w:type="spellEnd"/>
          </w:p>
        </w:tc>
        <w:tc>
          <w:tcPr>
            <w:tcW w:w="2944" w:type="dxa"/>
            <w:tcMar>
              <w:top w:w="40" w:type="dxa"/>
              <w:left w:w="50" w:type="dxa"/>
              <w:bottom w:w="40" w:type="dxa"/>
              <w:right w:w="50" w:type="dxa"/>
            </w:tcMar>
            <w:vAlign w:val="center"/>
          </w:tcPr>
          <w:p w14:paraId="1300A288" w14:textId="77777777" w:rsidR="00B01654" w:rsidRPr="0076404B" w:rsidRDefault="00B01654">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通</w:t>
            </w:r>
          </w:p>
        </w:tc>
      </w:tr>
      <w:tr w:rsidR="00B01654" w:rsidRPr="0076404B" w14:paraId="410508AE" w14:textId="77777777" w:rsidTr="00B01654">
        <w:trPr>
          <w:jc w:val="center"/>
        </w:trPr>
        <w:tc>
          <w:tcPr>
            <w:tcW w:w="4902" w:type="dxa"/>
            <w:tcMar>
              <w:top w:w="40" w:type="dxa"/>
              <w:left w:w="50" w:type="dxa"/>
              <w:bottom w:w="40" w:type="dxa"/>
              <w:right w:w="50" w:type="dxa"/>
            </w:tcMar>
            <w:vAlign w:val="center"/>
          </w:tcPr>
          <w:p w14:paraId="2038A64B" w14:textId="77777777" w:rsidR="00B01654" w:rsidRPr="0076404B" w:rsidRDefault="00B01654">
            <w:pP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納税証明書</w:t>
            </w:r>
            <w:proofErr w:type="spellEnd"/>
            <w:r w:rsidRPr="0076404B">
              <w:rPr>
                <w:rFonts w:ascii="ＭＳ ゴシック" w:eastAsia="ＭＳ ゴシック" w:hAnsi="ＭＳ ゴシック"/>
                <w:sz w:val="16"/>
                <w:szCs w:val="16"/>
              </w:rPr>
              <w:t xml:space="preserve">　　□ </w:t>
            </w:r>
            <w:proofErr w:type="spellStart"/>
            <w:r w:rsidRPr="0076404B">
              <w:rPr>
                <w:rFonts w:ascii="ＭＳ ゴシック" w:eastAsia="ＭＳ ゴシック" w:hAnsi="ＭＳ ゴシック"/>
                <w:sz w:val="16"/>
                <w:szCs w:val="16"/>
              </w:rPr>
              <w:t>村県民税</w:t>
            </w:r>
            <w:proofErr w:type="spellEnd"/>
            <w:r w:rsidRPr="0076404B">
              <w:rPr>
                <w:rFonts w:ascii="ＭＳ ゴシック" w:eastAsia="ＭＳ ゴシック" w:hAnsi="ＭＳ ゴシック"/>
                <w:sz w:val="16"/>
                <w:szCs w:val="16"/>
              </w:rPr>
              <w:t xml:space="preserve">　□ 固定資産税</w:t>
            </w:r>
            <w:r w:rsidRPr="0076404B">
              <w:rPr>
                <w:rFonts w:ascii="ＭＳ ゴシック" w:eastAsia="ＭＳ ゴシック" w:hAnsi="ＭＳ ゴシック"/>
                <w:sz w:val="16"/>
                <w:szCs w:val="16"/>
              </w:rPr>
              <w:br/>
              <w:t xml:space="preserve">　　　　　　　　 □ </w:t>
            </w:r>
            <w:proofErr w:type="spellStart"/>
            <w:r w:rsidRPr="0076404B">
              <w:rPr>
                <w:rFonts w:ascii="ＭＳ ゴシック" w:eastAsia="ＭＳ ゴシック" w:hAnsi="ＭＳ ゴシック"/>
                <w:sz w:val="16"/>
                <w:szCs w:val="16"/>
              </w:rPr>
              <w:t>軽自動車税</w:t>
            </w:r>
            <w:proofErr w:type="spellEnd"/>
            <w:r w:rsidRPr="0076404B">
              <w:rPr>
                <w:rFonts w:ascii="ＭＳ ゴシック" w:eastAsia="ＭＳ ゴシック" w:hAnsi="ＭＳ ゴシック"/>
                <w:sz w:val="16"/>
                <w:szCs w:val="16"/>
              </w:rPr>
              <w:t xml:space="preserve">　□ </w:t>
            </w:r>
            <w:proofErr w:type="spellStart"/>
            <w:r w:rsidRPr="0076404B">
              <w:rPr>
                <w:rFonts w:ascii="ＭＳ ゴシック" w:eastAsia="ＭＳ ゴシック" w:hAnsi="ＭＳ ゴシック"/>
                <w:sz w:val="16"/>
                <w:szCs w:val="16"/>
              </w:rPr>
              <w:t>法人村民税</w:t>
            </w:r>
            <w:proofErr w:type="spellEnd"/>
          </w:p>
        </w:tc>
        <w:tc>
          <w:tcPr>
            <w:tcW w:w="1843" w:type="dxa"/>
            <w:gridSpan w:val="2"/>
            <w:vMerge/>
            <w:tcMar>
              <w:top w:w="40" w:type="dxa"/>
              <w:left w:w="50" w:type="dxa"/>
              <w:bottom w:w="40" w:type="dxa"/>
              <w:right w:w="50" w:type="dxa"/>
            </w:tcMar>
            <w:vAlign w:val="center"/>
          </w:tcPr>
          <w:p w14:paraId="38504EC2" w14:textId="7EF10AC1" w:rsidR="00B01654" w:rsidRPr="0076404B" w:rsidRDefault="00B01654">
            <w:pPr>
              <w:jc w:val="center"/>
              <w:rPr>
                <w:rFonts w:ascii="ＭＳ ゴシック" w:eastAsia="ＭＳ ゴシック" w:hAnsi="ＭＳ ゴシック"/>
                <w:sz w:val="16"/>
                <w:szCs w:val="16"/>
              </w:rPr>
            </w:pPr>
          </w:p>
        </w:tc>
        <w:tc>
          <w:tcPr>
            <w:tcW w:w="1701" w:type="dxa"/>
            <w:tcMar>
              <w:top w:w="40" w:type="dxa"/>
              <w:left w:w="50" w:type="dxa"/>
              <w:bottom w:w="40" w:type="dxa"/>
              <w:right w:w="50" w:type="dxa"/>
            </w:tcMar>
            <w:vAlign w:val="center"/>
          </w:tcPr>
          <w:p w14:paraId="7BEA3533" w14:textId="77777777" w:rsidR="00B01654" w:rsidRPr="0076404B" w:rsidRDefault="00B01654">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年度</w:t>
            </w:r>
            <w:proofErr w:type="spellEnd"/>
          </w:p>
        </w:tc>
        <w:tc>
          <w:tcPr>
            <w:tcW w:w="2944" w:type="dxa"/>
            <w:tcMar>
              <w:top w:w="40" w:type="dxa"/>
              <w:left w:w="50" w:type="dxa"/>
              <w:bottom w:w="40" w:type="dxa"/>
              <w:right w:w="50" w:type="dxa"/>
            </w:tcMar>
            <w:vAlign w:val="center"/>
          </w:tcPr>
          <w:p w14:paraId="6307E5BA" w14:textId="77777777" w:rsidR="00B01654" w:rsidRPr="0076404B" w:rsidRDefault="00B01654">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通</w:t>
            </w:r>
          </w:p>
        </w:tc>
      </w:tr>
      <w:tr w:rsidR="00C16721" w:rsidRPr="0076404B" w14:paraId="5716F42D" w14:textId="77777777" w:rsidTr="00B01654">
        <w:trPr>
          <w:jc w:val="center"/>
        </w:trPr>
        <w:tc>
          <w:tcPr>
            <w:tcW w:w="4902" w:type="dxa"/>
            <w:tcMar>
              <w:top w:w="40" w:type="dxa"/>
              <w:left w:w="50" w:type="dxa"/>
              <w:bottom w:w="40" w:type="dxa"/>
              <w:right w:w="50" w:type="dxa"/>
            </w:tcMar>
            <w:vAlign w:val="center"/>
          </w:tcPr>
          <w:p w14:paraId="792ADB91" w14:textId="77777777" w:rsidR="00C16721" w:rsidRPr="0076404B" w:rsidRDefault="005406C0">
            <w:pP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完納証明書</w:t>
            </w:r>
            <w:proofErr w:type="spellEnd"/>
          </w:p>
        </w:tc>
        <w:tc>
          <w:tcPr>
            <w:tcW w:w="1843" w:type="dxa"/>
            <w:gridSpan w:val="2"/>
            <w:tcMar>
              <w:top w:w="40" w:type="dxa"/>
              <w:left w:w="50" w:type="dxa"/>
              <w:bottom w:w="40" w:type="dxa"/>
              <w:right w:w="50" w:type="dxa"/>
            </w:tcMar>
            <w:vAlign w:val="center"/>
          </w:tcPr>
          <w:p w14:paraId="7C363A24" w14:textId="744D7DFA" w:rsidR="00C16721" w:rsidRPr="0076404B" w:rsidRDefault="005406C0">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1通 </w:t>
            </w:r>
            <w:r w:rsidR="0076404B" w:rsidRPr="0076404B">
              <w:rPr>
                <w:rFonts w:ascii="ＭＳ ゴシック" w:eastAsia="ＭＳ ゴシック" w:hAnsi="ＭＳ ゴシック" w:hint="eastAsia"/>
                <w:sz w:val="16"/>
                <w:szCs w:val="16"/>
                <w:lang w:eastAsia="ja-JP"/>
              </w:rPr>
              <w:t>2</w:t>
            </w:r>
            <w:r w:rsidRPr="0076404B">
              <w:rPr>
                <w:rFonts w:ascii="ＭＳ ゴシック" w:eastAsia="ＭＳ ゴシック" w:hAnsi="ＭＳ ゴシック"/>
                <w:sz w:val="16"/>
                <w:szCs w:val="16"/>
              </w:rPr>
              <w:t>00円</w:t>
            </w:r>
          </w:p>
        </w:tc>
        <w:tc>
          <w:tcPr>
            <w:tcW w:w="1701" w:type="dxa"/>
            <w:tcMar>
              <w:top w:w="40" w:type="dxa"/>
              <w:left w:w="50" w:type="dxa"/>
              <w:bottom w:w="40" w:type="dxa"/>
              <w:right w:w="50" w:type="dxa"/>
            </w:tcMar>
            <w:vAlign w:val="center"/>
          </w:tcPr>
          <w:p w14:paraId="476169A5" w14:textId="77777777" w:rsidR="00C16721" w:rsidRPr="0076404B" w:rsidRDefault="005406C0">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年度</w:t>
            </w:r>
            <w:proofErr w:type="spellEnd"/>
          </w:p>
        </w:tc>
        <w:tc>
          <w:tcPr>
            <w:tcW w:w="2944" w:type="dxa"/>
            <w:tcMar>
              <w:top w:w="40" w:type="dxa"/>
              <w:left w:w="50" w:type="dxa"/>
              <w:bottom w:w="40" w:type="dxa"/>
              <w:right w:w="50" w:type="dxa"/>
            </w:tcMar>
            <w:vAlign w:val="center"/>
          </w:tcPr>
          <w:p w14:paraId="7F1EAE70" w14:textId="77777777" w:rsidR="00C16721" w:rsidRPr="0076404B" w:rsidRDefault="005406C0">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通</w:t>
            </w:r>
          </w:p>
        </w:tc>
      </w:tr>
      <w:tr w:rsidR="00C16721" w:rsidRPr="0076404B" w14:paraId="12ADFE77" w14:textId="77777777" w:rsidTr="00B01654">
        <w:trPr>
          <w:jc w:val="center"/>
        </w:trPr>
        <w:tc>
          <w:tcPr>
            <w:tcW w:w="4902" w:type="dxa"/>
            <w:tcMar>
              <w:top w:w="40" w:type="dxa"/>
              <w:left w:w="50" w:type="dxa"/>
              <w:bottom w:w="40" w:type="dxa"/>
              <w:right w:w="50" w:type="dxa"/>
            </w:tcMar>
            <w:vAlign w:val="center"/>
          </w:tcPr>
          <w:p w14:paraId="26A234FF" w14:textId="05F1CD87" w:rsidR="00C16721" w:rsidRPr="0076404B" w:rsidRDefault="005406C0">
            <w:pP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軽自動車税（車検用）納税証明書</w:t>
            </w:r>
            <w:proofErr w:type="spellEnd"/>
          </w:p>
        </w:tc>
        <w:tc>
          <w:tcPr>
            <w:tcW w:w="1843" w:type="dxa"/>
            <w:gridSpan w:val="2"/>
            <w:tcMar>
              <w:top w:w="40" w:type="dxa"/>
              <w:left w:w="50" w:type="dxa"/>
              <w:bottom w:w="40" w:type="dxa"/>
              <w:right w:w="50" w:type="dxa"/>
            </w:tcMar>
            <w:vAlign w:val="center"/>
          </w:tcPr>
          <w:p w14:paraId="37D7DB87" w14:textId="77777777" w:rsidR="00C16721" w:rsidRPr="0076404B" w:rsidRDefault="005406C0">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w:t>
            </w:r>
          </w:p>
        </w:tc>
        <w:tc>
          <w:tcPr>
            <w:tcW w:w="1701" w:type="dxa"/>
            <w:tcMar>
              <w:top w:w="40" w:type="dxa"/>
              <w:left w:w="50" w:type="dxa"/>
              <w:bottom w:w="40" w:type="dxa"/>
              <w:right w:w="50" w:type="dxa"/>
            </w:tcMar>
            <w:vAlign w:val="center"/>
          </w:tcPr>
          <w:p w14:paraId="6F0D890E" w14:textId="77777777" w:rsidR="00C16721" w:rsidRPr="0076404B" w:rsidRDefault="005406C0">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年度</w:t>
            </w:r>
            <w:proofErr w:type="spellEnd"/>
          </w:p>
        </w:tc>
        <w:tc>
          <w:tcPr>
            <w:tcW w:w="2944" w:type="dxa"/>
            <w:tcMar>
              <w:top w:w="40" w:type="dxa"/>
              <w:left w:w="50" w:type="dxa"/>
              <w:bottom w:w="40" w:type="dxa"/>
              <w:right w:w="50" w:type="dxa"/>
            </w:tcMar>
            <w:vAlign w:val="center"/>
          </w:tcPr>
          <w:p w14:paraId="754FD512" w14:textId="77777777" w:rsidR="00C16721" w:rsidRPr="0076404B" w:rsidRDefault="005406C0">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通</w:t>
            </w:r>
          </w:p>
        </w:tc>
      </w:tr>
      <w:tr w:rsidR="0076404B" w:rsidRPr="0076404B" w14:paraId="5D5661D7" w14:textId="77777777" w:rsidTr="00B01654">
        <w:trPr>
          <w:jc w:val="center"/>
        </w:trPr>
        <w:tc>
          <w:tcPr>
            <w:tcW w:w="4902" w:type="dxa"/>
            <w:tcMar>
              <w:top w:w="40" w:type="dxa"/>
              <w:left w:w="50" w:type="dxa"/>
              <w:bottom w:w="40" w:type="dxa"/>
              <w:right w:w="50" w:type="dxa"/>
            </w:tcMar>
            <w:vAlign w:val="center"/>
          </w:tcPr>
          <w:p w14:paraId="01A4653F" w14:textId="77777777" w:rsidR="0076404B" w:rsidRPr="0076404B" w:rsidRDefault="0076404B">
            <w:pPr>
              <w:rPr>
                <w:rFonts w:ascii="ＭＳ ゴシック" w:eastAsia="ＭＳ ゴシック" w:hAnsi="ＭＳ ゴシック"/>
                <w:sz w:val="16"/>
                <w:szCs w:val="16"/>
                <w:lang w:eastAsia="ja-JP"/>
              </w:rPr>
            </w:pPr>
            <w:r w:rsidRPr="0076404B">
              <w:rPr>
                <w:rFonts w:ascii="ＭＳ ゴシック" w:eastAsia="ＭＳ ゴシック" w:hAnsi="ＭＳ ゴシック"/>
                <w:sz w:val="16"/>
                <w:szCs w:val="16"/>
                <w:lang w:eastAsia="ja-JP"/>
              </w:rPr>
              <w:t>□ 資産証明書　□ 所有する資産全部　□ 所有する資産一部</w:t>
            </w:r>
            <w:r w:rsidRPr="0076404B">
              <w:rPr>
                <w:rFonts w:ascii="ＭＳ ゴシック" w:eastAsia="ＭＳ ゴシック" w:hAnsi="ＭＳ ゴシック"/>
                <w:sz w:val="16"/>
                <w:szCs w:val="16"/>
                <w:lang w:eastAsia="ja-JP"/>
              </w:rPr>
              <w:br/>
            </w:r>
          </w:p>
          <w:p w14:paraId="54D720E5" w14:textId="62611038" w:rsidR="0076404B" w:rsidRPr="0076404B" w:rsidRDefault="0076404B">
            <w:pPr>
              <w:rPr>
                <w:rFonts w:ascii="ＭＳ ゴシック" w:eastAsia="ＭＳ ゴシック" w:hAnsi="ＭＳ ゴシック"/>
                <w:sz w:val="16"/>
                <w:szCs w:val="16"/>
                <w:vertAlign w:val="subscript"/>
                <w:lang w:eastAsia="ja-JP"/>
              </w:rPr>
            </w:pPr>
            <w:r w:rsidRPr="0076404B">
              <w:rPr>
                <w:rFonts w:ascii="ＭＳ ゴシック" w:eastAsia="ＭＳ ゴシック" w:hAnsi="ＭＳ ゴシック" w:hint="eastAsia"/>
                <w:sz w:val="16"/>
                <w:szCs w:val="16"/>
                <w:lang w:eastAsia="ja-JP"/>
              </w:rPr>
              <w:t>伊平屋村字</w:t>
            </w:r>
            <w:r w:rsidRPr="0076404B">
              <w:rPr>
                <w:rFonts w:ascii="ＭＳ ゴシック" w:eastAsia="ＭＳ ゴシック" w:hAnsi="ＭＳ ゴシック" w:hint="eastAsia"/>
                <w:sz w:val="16"/>
                <w:szCs w:val="16"/>
                <w:vertAlign w:val="subscript"/>
                <w:lang w:eastAsia="ja-JP"/>
              </w:rPr>
              <w:t>＿＿＿＿＿＿＿＿＿＿＿＿＿＿＿＿＿＿＿＿＿＿＿（</w:t>
            </w:r>
            <w:r w:rsidRPr="0076404B">
              <w:rPr>
                <w:rFonts w:ascii="ＭＳ ゴシック" w:eastAsia="ＭＳ ゴシック" w:hAnsi="ＭＳ ゴシック" w:hint="eastAsia"/>
                <w:sz w:val="16"/>
                <w:szCs w:val="16"/>
                <w:lang w:eastAsia="ja-JP"/>
              </w:rPr>
              <w:t>土地・家屋）</w:t>
            </w:r>
          </w:p>
          <w:p w14:paraId="39DAC198" w14:textId="77777777" w:rsidR="0076404B" w:rsidRPr="0076404B" w:rsidRDefault="0076404B" w:rsidP="0076404B">
            <w:pPr>
              <w:rPr>
                <w:rFonts w:ascii="ＭＳ ゴシック" w:eastAsia="ＭＳ ゴシック" w:hAnsi="ＭＳ ゴシック"/>
                <w:sz w:val="16"/>
                <w:szCs w:val="16"/>
                <w:vertAlign w:val="subscript"/>
                <w:lang w:eastAsia="ja-JP"/>
              </w:rPr>
            </w:pPr>
            <w:r w:rsidRPr="0076404B">
              <w:rPr>
                <w:rFonts w:ascii="ＭＳ ゴシック" w:eastAsia="ＭＳ ゴシック" w:hAnsi="ＭＳ ゴシック" w:hint="eastAsia"/>
                <w:sz w:val="16"/>
                <w:szCs w:val="16"/>
                <w:lang w:eastAsia="ja-JP"/>
              </w:rPr>
              <w:t>伊平屋村字</w:t>
            </w:r>
            <w:r w:rsidRPr="0076404B">
              <w:rPr>
                <w:rFonts w:ascii="ＭＳ ゴシック" w:eastAsia="ＭＳ ゴシック" w:hAnsi="ＭＳ ゴシック" w:hint="eastAsia"/>
                <w:sz w:val="16"/>
                <w:szCs w:val="16"/>
                <w:vertAlign w:val="subscript"/>
                <w:lang w:eastAsia="ja-JP"/>
              </w:rPr>
              <w:t>＿＿＿＿＿＿＿＿＿＿＿＿＿＿＿＿＿＿＿＿＿＿＿（</w:t>
            </w:r>
            <w:r w:rsidRPr="0076404B">
              <w:rPr>
                <w:rFonts w:ascii="ＭＳ ゴシック" w:eastAsia="ＭＳ ゴシック" w:hAnsi="ＭＳ ゴシック" w:hint="eastAsia"/>
                <w:sz w:val="16"/>
                <w:szCs w:val="16"/>
                <w:lang w:eastAsia="ja-JP"/>
              </w:rPr>
              <w:t>土地・家屋）</w:t>
            </w:r>
          </w:p>
          <w:p w14:paraId="6F01E8AF" w14:textId="77777777" w:rsidR="0076404B" w:rsidRPr="0076404B" w:rsidRDefault="0076404B" w:rsidP="0076404B">
            <w:pPr>
              <w:rPr>
                <w:rFonts w:ascii="ＭＳ ゴシック" w:eastAsia="ＭＳ ゴシック" w:hAnsi="ＭＳ ゴシック"/>
                <w:sz w:val="16"/>
                <w:szCs w:val="16"/>
                <w:vertAlign w:val="subscript"/>
                <w:lang w:eastAsia="ja-JP"/>
              </w:rPr>
            </w:pPr>
            <w:r w:rsidRPr="0076404B">
              <w:rPr>
                <w:rFonts w:ascii="ＭＳ ゴシック" w:eastAsia="ＭＳ ゴシック" w:hAnsi="ＭＳ ゴシック" w:hint="eastAsia"/>
                <w:sz w:val="16"/>
                <w:szCs w:val="16"/>
                <w:lang w:eastAsia="ja-JP"/>
              </w:rPr>
              <w:t>伊平屋村字</w:t>
            </w:r>
            <w:r w:rsidRPr="0076404B">
              <w:rPr>
                <w:rFonts w:ascii="ＭＳ ゴシック" w:eastAsia="ＭＳ ゴシック" w:hAnsi="ＭＳ ゴシック" w:hint="eastAsia"/>
                <w:sz w:val="16"/>
                <w:szCs w:val="16"/>
                <w:vertAlign w:val="subscript"/>
                <w:lang w:eastAsia="ja-JP"/>
              </w:rPr>
              <w:t>＿＿＿＿＿＿＿＿＿＿＿＿＿＿＿＿＿＿＿＿＿＿＿（</w:t>
            </w:r>
            <w:r w:rsidRPr="0076404B">
              <w:rPr>
                <w:rFonts w:ascii="ＭＳ ゴシック" w:eastAsia="ＭＳ ゴシック" w:hAnsi="ＭＳ ゴシック" w:hint="eastAsia"/>
                <w:sz w:val="16"/>
                <w:szCs w:val="16"/>
                <w:lang w:eastAsia="ja-JP"/>
              </w:rPr>
              <w:t>土地・家屋）</w:t>
            </w:r>
          </w:p>
          <w:p w14:paraId="4F630035" w14:textId="77777777" w:rsidR="0076404B" w:rsidRPr="0076404B" w:rsidRDefault="0076404B" w:rsidP="0076404B">
            <w:pPr>
              <w:rPr>
                <w:rFonts w:ascii="ＭＳ ゴシック" w:eastAsia="ＭＳ ゴシック" w:hAnsi="ＭＳ ゴシック"/>
                <w:sz w:val="16"/>
                <w:szCs w:val="16"/>
                <w:vertAlign w:val="subscript"/>
                <w:lang w:eastAsia="ja-JP"/>
              </w:rPr>
            </w:pPr>
            <w:r w:rsidRPr="0076404B">
              <w:rPr>
                <w:rFonts w:ascii="ＭＳ ゴシック" w:eastAsia="ＭＳ ゴシック" w:hAnsi="ＭＳ ゴシック" w:hint="eastAsia"/>
                <w:sz w:val="16"/>
                <w:szCs w:val="16"/>
                <w:lang w:eastAsia="ja-JP"/>
              </w:rPr>
              <w:t>伊平屋村字</w:t>
            </w:r>
            <w:r w:rsidRPr="0076404B">
              <w:rPr>
                <w:rFonts w:ascii="ＭＳ ゴシック" w:eastAsia="ＭＳ ゴシック" w:hAnsi="ＭＳ ゴシック" w:hint="eastAsia"/>
                <w:sz w:val="16"/>
                <w:szCs w:val="16"/>
                <w:vertAlign w:val="subscript"/>
                <w:lang w:eastAsia="ja-JP"/>
              </w:rPr>
              <w:t>＿＿＿＿＿＿＿＿＿＿＿＿＿＿＿＿＿＿＿＿＿＿＿（</w:t>
            </w:r>
            <w:r w:rsidRPr="0076404B">
              <w:rPr>
                <w:rFonts w:ascii="ＭＳ ゴシック" w:eastAsia="ＭＳ ゴシック" w:hAnsi="ＭＳ ゴシック" w:hint="eastAsia"/>
                <w:sz w:val="16"/>
                <w:szCs w:val="16"/>
                <w:lang w:eastAsia="ja-JP"/>
              </w:rPr>
              <w:t>土地・家屋）</w:t>
            </w:r>
          </w:p>
          <w:p w14:paraId="216B4288" w14:textId="41263370" w:rsidR="0076404B" w:rsidRPr="0076404B" w:rsidRDefault="0076404B">
            <w:pPr>
              <w:rPr>
                <w:rFonts w:ascii="ＭＳ ゴシック" w:eastAsia="ＭＳ ゴシック" w:hAnsi="ＭＳ ゴシック"/>
                <w:sz w:val="16"/>
                <w:szCs w:val="16"/>
                <w:vertAlign w:val="subscript"/>
                <w:lang w:eastAsia="ja-JP"/>
              </w:rPr>
            </w:pPr>
            <w:r w:rsidRPr="0076404B">
              <w:rPr>
                <w:rFonts w:ascii="ＭＳ ゴシック" w:eastAsia="ＭＳ ゴシック" w:hAnsi="ＭＳ ゴシック" w:hint="eastAsia"/>
                <w:sz w:val="16"/>
                <w:szCs w:val="16"/>
                <w:lang w:eastAsia="ja-JP"/>
              </w:rPr>
              <w:t>伊平屋村字</w:t>
            </w:r>
            <w:r w:rsidRPr="0076404B">
              <w:rPr>
                <w:rFonts w:ascii="ＭＳ ゴシック" w:eastAsia="ＭＳ ゴシック" w:hAnsi="ＭＳ ゴシック" w:hint="eastAsia"/>
                <w:sz w:val="16"/>
                <w:szCs w:val="16"/>
                <w:vertAlign w:val="subscript"/>
                <w:lang w:eastAsia="ja-JP"/>
              </w:rPr>
              <w:t>＿＿＿＿＿＿＿＿＿＿＿＿＿＿＿＿＿＿＿＿＿＿＿（</w:t>
            </w:r>
            <w:r w:rsidRPr="0076404B">
              <w:rPr>
                <w:rFonts w:ascii="ＭＳ ゴシック" w:eastAsia="ＭＳ ゴシック" w:hAnsi="ＭＳ ゴシック" w:hint="eastAsia"/>
                <w:sz w:val="16"/>
                <w:szCs w:val="16"/>
                <w:lang w:eastAsia="ja-JP"/>
              </w:rPr>
              <w:t>土地・家屋）</w:t>
            </w:r>
          </w:p>
          <w:p w14:paraId="1703F5E7" w14:textId="77777777" w:rsidR="0076404B" w:rsidRPr="0076404B" w:rsidRDefault="0076404B" w:rsidP="0076404B">
            <w:pPr>
              <w:rPr>
                <w:rFonts w:ascii="ＭＳ ゴシック" w:eastAsia="ＭＳ ゴシック" w:hAnsi="ＭＳ ゴシック"/>
                <w:sz w:val="16"/>
                <w:szCs w:val="16"/>
                <w:vertAlign w:val="subscript"/>
                <w:lang w:eastAsia="ja-JP"/>
              </w:rPr>
            </w:pPr>
            <w:r w:rsidRPr="0076404B">
              <w:rPr>
                <w:rFonts w:ascii="ＭＳ ゴシック" w:eastAsia="ＭＳ ゴシック" w:hAnsi="ＭＳ ゴシック" w:hint="eastAsia"/>
                <w:sz w:val="16"/>
                <w:szCs w:val="16"/>
                <w:lang w:eastAsia="ja-JP"/>
              </w:rPr>
              <w:t>伊平屋村字</w:t>
            </w:r>
            <w:r w:rsidRPr="0076404B">
              <w:rPr>
                <w:rFonts w:ascii="ＭＳ ゴシック" w:eastAsia="ＭＳ ゴシック" w:hAnsi="ＭＳ ゴシック" w:hint="eastAsia"/>
                <w:sz w:val="16"/>
                <w:szCs w:val="16"/>
                <w:vertAlign w:val="subscript"/>
                <w:lang w:eastAsia="ja-JP"/>
              </w:rPr>
              <w:t>＿＿＿＿＿＿＿＿＿＿＿＿＿＿＿＿＿＿＿＿＿＿＿（</w:t>
            </w:r>
            <w:r w:rsidRPr="0076404B">
              <w:rPr>
                <w:rFonts w:ascii="ＭＳ ゴシック" w:eastAsia="ＭＳ ゴシック" w:hAnsi="ＭＳ ゴシック" w:hint="eastAsia"/>
                <w:sz w:val="16"/>
                <w:szCs w:val="16"/>
                <w:lang w:eastAsia="ja-JP"/>
              </w:rPr>
              <w:t>土地・家屋）</w:t>
            </w:r>
          </w:p>
          <w:p w14:paraId="3807D680" w14:textId="5E69C784" w:rsidR="0076404B" w:rsidRPr="0076404B" w:rsidRDefault="0076404B">
            <w:pPr>
              <w:rPr>
                <w:rFonts w:ascii="ＭＳ ゴシック" w:eastAsia="ＭＳ ゴシック" w:hAnsi="ＭＳ ゴシック"/>
                <w:sz w:val="16"/>
                <w:szCs w:val="16"/>
                <w:lang w:eastAsia="ja-JP"/>
              </w:rPr>
            </w:pPr>
          </w:p>
        </w:tc>
        <w:tc>
          <w:tcPr>
            <w:tcW w:w="1843" w:type="dxa"/>
            <w:gridSpan w:val="2"/>
            <w:vMerge w:val="restart"/>
            <w:tcMar>
              <w:top w:w="40" w:type="dxa"/>
              <w:left w:w="50" w:type="dxa"/>
              <w:bottom w:w="40" w:type="dxa"/>
              <w:right w:w="50" w:type="dxa"/>
            </w:tcMar>
            <w:vAlign w:val="center"/>
          </w:tcPr>
          <w:p w14:paraId="0583677B" w14:textId="48DC611B" w:rsidR="0076404B" w:rsidRPr="0076404B" w:rsidRDefault="0076404B">
            <w:pPr>
              <w:jc w:val="center"/>
              <w:rPr>
                <w:rFonts w:ascii="ＭＳ ゴシック" w:eastAsia="ＭＳ ゴシック" w:hAnsi="ＭＳ ゴシック"/>
                <w:sz w:val="16"/>
                <w:szCs w:val="16"/>
                <w:lang w:eastAsia="ja-JP"/>
              </w:rPr>
            </w:pPr>
            <w:r w:rsidRPr="0076404B">
              <w:rPr>
                <w:rFonts w:ascii="ＭＳ ゴシック" w:eastAsia="ＭＳ ゴシック" w:hAnsi="ＭＳ ゴシック" w:hint="eastAsia"/>
                <w:sz w:val="16"/>
                <w:szCs w:val="16"/>
                <w:lang w:eastAsia="ja-JP"/>
              </w:rPr>
              <w:t>土地・家屋</w:t>
            </w:r>
            <w:r w:rsidR="005406C0">
              <w:rPr>
                <w:rFonts w:ascii="ＭＳ ゴシック" w:eastAsia="ＭＳ ゴシック" w:hAnsi="ＭＳ ゴシック" w:hint="eastAsia"/>
                <w:sz w:val="16"/>
                <w:szCs w:val="16"/>
                <w:lang w:eastAsia="ja-JP"/>
              </w:rPr>
              <w:t>5</w:t>
            </w:r>
            <w:r w:rsidRPr="0076404B">
              <w:rPr>
                <w:rFonts w:ascii="ＭＳ ゴシック" w:eastAsia="ＭＳ ゴシック" w:hAnsi="ＭＳ ゴシック" w:cs="ＭＳ 明朝" w:hint="eastAsia"/>
                <w:sz w:val="16"/>
                <w:szCs w:val="16"/>
                <w:lang w:eastAsia="ja-JP"/>
              </w:rPr>
              <w:t>件</w:t>
            </w:r>
            <w:r w:rsidRPr="0076404B">
              <w:rPr>
                <w:rFonts w:ascii="ＭＳ ゴシック" w:eastAsia="ＭＳ ゴシック" w:hAnsi="ＭＳ ゴシック"/>
                <w:sz w:val="16"/>
                <w:szCs w:val="16"/>
                <w:lang w:eastAsia="ja-JP"/>
              </w:rPr>
              <w:t>につき200円</w:t>
            </w:r>
          </w:p>
          <w:p w14:paraId="1FBCB9FA" w14:textId="706B4603" w:rsidR="0076404B" w:rsidRPr="0076404B" w:rsidRDefault="0076404B" w:rsidP="00384E57">
            <w:pPr>
              <w:jc w:val="center"/>
              <w:rPr>
                <w:rFonts w:ascii="ＭＳ ゴシック" w:eastAsia="ＭＳ ゴシック" w:hAnsi="ＭＳ ゴシック"/>
                <w:sz w:val="16"/>
                <w:szCs w:val="16"/>
                <w:lang w:eastAsia="ja-JP"/>
              </w:rPr>
            </w:pPr>
          </w:p>
        </w:tc>
        <w:tc>
          <w:tcPr>
            <w:tcW w:w="1701" w:type="dxa"/>
            <w:tcMar>
              <w:top w:w="40" w:type="dxa"/>
              <w:left w:w="50" w:type="dxa"/>
              <w:bottom w:w="40" w:type="dxa"/>
              <w:right w:w="50" w:type="dxa"/>
            </w:tcMar>
            <w:vAlign w:val="center"/>
          </w:tcPr>
          <w:p w14:paraId="26377E9E" w14:textId="77777777" w:rsidR="0076404B" w:rsidRPr="0076404B" w:rsidRDefault="0076404B">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lang w:eastAsia="ja-JP"/>
              </w:rPr>
              <w:t xml:space="preserve">　　 </w:t>
            </w:r>
            <w:proofErr w:type="spellStart"/>
            <w:r w:rsidRPr="0076404B">
              <w:rPr>
                <w:rFonts w:ascii="ＭＳ ゴシック" w:eastAsia="ＭＳ ゴシック" w:hAnsi="ＭＳ ゴシック"/>
                <w:sz w:val="16"/>
                <w:szCs w:val="16"/>
              </w:rPr>
              <w:t>年度</w:t>
            </w:r>
            <w:proofErr w:type="spellEnd"/>
          </w:p>
        </w:tc>
        <w:tc>
          <w:tcPr>
            <w:tcW w:w="2944" w:type="dxa"/>
            <w:tcMar>
              <w:top w:w="40" w:type="dxa"/>
              <w:left w:w="50" w:type="dxa"/>
              <w:bottom w:w="40" w:type="dxa"/>
              <w:right w:w="50" w:type="dxa"/>
            </w:tcMar>
            <w:vAlign w:val="center"/>
          </w:tcPr>
          <w:p w14:paraId="3A014239" w14:textId="77777777" w:rsidR="0076404B" w:rsidRPr="0076404B" w:rsidRDefault="0076404B">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通</w:t>
            </w:r>
          </w:p>
        </w:tc>
      </w:tr>
      <w:tr w:rsidR="0076404B" w:rsidRPr="0076404B" w14:paraId="747BCC7F" w14:textId="77777777" w:rsidTr="00B01654">
        <w:trPr>
          <w:jc w:val="center"/>
        </w:trPr>
        <w:tc>
          <w:tcPr>
            <w:tcW w:w="4902" w:type="dxa"/>
            <w:tcMar>
              <w:top w:w="40" w:type="dxa"/>
              <w:left w:w="50" w:type="dxa"/>
              <w:bottom w:w="40" w:type="dxa"/>
              <w:right w:w="50" w:type="dxa"/>
            </w:tcMar>
            <w:vAlign w:val="center"/>
          </w:tcPr>
          <w:p w14:paraId="55F46CD7" w14:textId="48F92A32" w:rsidR="0076404B" w:rsidRPr="0076404B" w:rsidRDefault="0076404B">
            <w:pPr>
              <w:rPr>
                <w:rFonts w:ascii="ＭＳ ゴシック" w:eastAsia="ＭＳ ゴシック" w:hAnsi="ＭＳ ゴシック"/>
                <w:sz w:val="16"/>
                <w:szCs w:val="16"/>
                <w:lang w:eastAsia="ja-JP"/>
              </w:rPr>
            </w:pPr>
            <w:r w:rsidRPr="0076404B">
              <w:rPr>
                <w:rFonts w:ascii="ＭＳ ゴシック" w:eastAsia="ＭＳ ゴシック" w:hAnsi="ＭＳ ゴシック"/>
                <w:sz w:val="16"/>
                <w:szCs w:val="16"/>
                <w:lang w:eastAsia="ja-JP"/>
              </w:rPr>
              <w:t>□ 評価証明書　伊平屋村字　　　　　　　（土地・家屋）</w:t>
            </w:r>
          </w:p>
        </w:tc>
        <w:tc>
          <w:tcPr>
            <w:tcW w:w="1843" w:type="dxa"/>
            <w:gridSpan w:val="2"/>
            <w:vMerge/>
            <w:tcMar>
              <w:top w:w="40" w:type="dxa"/>
              <w:left w:w="50" w:type="dxa"/>
              <w:bottom w:w="40" w:type="dxa"/>
              <w:right w:w="50" w:type="dxa"/>
            </w:tcMar>
            <w:vAlign w:val="center"/>
          </w:tcPr>
          <w:p w14:paraId="1D0057FD" w14:textId="59F0CA07" w:rsidR="0076404B" w:rsidRPr="0076404B" w:rsidRDefault="0076404B">
            <w:pPr>
              <w:jc w:val="center"/>
              <w:rPr>
                <w:rFonts w:ascii="ＭＳ ゴシック" w:eastAsia="ＭＳ ゴシック" w:hAnsi="ＭＳ ゴシック"/>
                <w:sz w:val="16"/>
                <w:szCs w:val="16"/>
                <w:lang w:eastAsia="ja-JP"/>
              </w:rPr>
            </w:pPr>
          </w:p>
        </w:tc>
        <w:tc>
          <w:tcPr>
            <w:tcW w:w="1701" w:type="dxa"/>
            <w:tcMar>
              <w:top w:w="40" w:type="dxa"/>
              <w:left w:w="50" w:type="dxa"/>
              <w:bottom w:w="40" w:type="dxa"/>
              <w:right w:w="50" w:type="dxa"/>
            </w:tcMar>
            <w:vAlign w:val="center"/>
          </w:tcPr>
          <w:p w14:paraId="313C3D42" w14:textId="77777777" w:rsidR="0076404B" w:rsidRPr="0076404B" w:rsidRDefault="0076404B">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lang w:eastAsia="ja-JP"/>
              </w:rPr>
              <w:t xml:space="preserve">　　 </w:t>
            </w:r>
            <w:proofErr w:type="spellStart"/>
            <w:r w:rsidRPr="0076404B">
              <w:rPr>
                <w:rFonts w:ascii="ＭＳ ゴシック" w:eastAsia="ＭＳ ゴシック" w:hAnsi="ＭＳ ゴシック"/>
                <w:sz w:val="16"/>
                <w:szCs w:val="16"/>
              </w:rPr>
              <w:t>年度</w:t>
            </w:r>
            <w:proofErr w:type="spellEnd"/>
          </w:p>
        </w:tc>
        <w:tc>
          <w:tcPr>
            <w:tcW w:w="2944" w:type="dxa"/>
            <w:tcMar>
              <w:top w:w="40" w:type="dxa"/>
              <w:left w:w="50" w:type="dxa"/>
              <w:bottom w:w="40" w:type="dxa"/>
              <w:right w:w="50" w:type="dxa"/>
            </w:tcMar>
            <w:vAlign w:val="center"/>
          </w:tcPr>
          <w:p w14:paraId="6F06D73A" w14:textId="77777777" w:rsidR="0076404B" w:rsidRPr="0076404B" w:rsidRDefault="0076404B">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通</w:t>
            </w:r>
          </w:p>
        </w:tc>
      </w:tr>
      <w:tr w:rsidR="0076404B" w:rsidRPr="0076404B" w14:paraId="25504179" w14:textId="77777777" w:rsidTr="00B01654">
        <w:trPr>
          <w:jc w:val="center"/>
        </w:trPr>
        <w:tc>
          <w:tcPr>
            <w:tcW w:w="4902" w:type="dxa"/>
            <w:tcMar>
              <w:top w:w="40" w:type="dxa"/>
              <w:left w:w="50" w:type="dxa"/>
              <w:bottom w:w="40" w:type="dxa"/>
              <w:right w:w="50" w:type="dxa"/>
            </w:tcMar>
            <w:vAlign w:val="center"/>
          </w:tcPr>
          <w:p w14:paraId="4C610ADD" w14:textId="6BAAB6AD" w:rsidR="0076404B" w:rsidRPr="0076404B" w:rsidRDefault="0076404B">
            <w:pPr>
              <w:rPr>
                <w:rFonts w:ascii="ＭＳ ゴシック" w:eastAsia="ＭＳ ゴシック" w:hAnsi="ＭＳ ゴシック"/>
                <w:sz w:val="16"/>
                <w:szCs w:val="16"/>
                <w:lang w:eastAsia="ja-JP"/>
              </w:rPr>
            </w:pPr>
            <w:r w:rsidRPr="0076404B">
              <w:rPr>
                <w:rFonts w:ascii="ＭＳ ゴシック" w:eastAsia="ＭＳ ゴシック" w:hAnsi="ＭＳ ゴシック"/>
                <w:sz w:val="16"/>
                <w:szCs w:val="16"/>
                <w:lang w:eastAsia="ja-JP"/>
              </w:rPr>
              <w:t>□ 公課証明書　伊平屋村字　　　　　　　（土地・家屋）</w:t>
            </w:r>
          </w:p>
        </w:tc>
        <w:tc>
          <w:tcPr>
            <w:tcW w:w="1843" w:type="dxa"/>
            <w:gridSpan w:val="2"/>
            <w:vMerge/>
            <w:tcMar>
              <w:top w:w="40" w:type="dxa"/>
              <w:left w:w="50" w:type="dxa"/>
              <w:bottom w:w="40" w:type="dxa"/>
              <w:right w:w="50" w:type="dxa"/>
            </w:tcMar>
            <w:vAlign w:val="center"/>
          </w:tcPr>
          <w:p w14:paraId="41EA9B53" w14:textId="77777777" w:rsidR="0076404B" w:rsidRPr="0076404B" w:rsidRDefault="0076404B">
            <w:pPr>
              <w:jc w:val="center"/>
              <w:rPr>
                <w:rFonts w:ascii="ＭＳ ゴシック" w:eastAsia="ＭＳ ゴシック" w:hAnsi="ＭＳ ゴシック"/>
                <w:sz w:val="16"/>
                <w:szCs w:val="16"/>
                <w:lang w:eastAsia="ja-JP"/>
              </w:rPr>
            </w:pPr>
          </w:p>
        </w:tc>
        <w:tc>
          <w:tcPr>
            <w:tcW w:w="1701" w:type="dxa"/>
            <w:tcMar>
              <w:top w:w="40" w:type="dxa"/>
              <w:left w:w="50" w:type="dxa"/>
              <w:bottom w:w="40" w:type="dxa"/>
              <w:right w:w="50" w:type="dxa"/>
            </w:tcMar>
            <w:vAlign w:val="center"/>
          </w:tcPr>
          <w:p w14:paraId="60558D3A" w14:textId="77777777" w:rsidR="0076404B" w:rsidRPr="0076404B" w:rsidRDefault="0076404B">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lang w:eastAsia="ja-JP"/>
              </w:rPr>
              <w:t xml:space="preserve">　　 </w:t>
            </w:r>
            <w:proofErr w:type="spellStart"/>
            <w:r w:rsidRPr="0076404B">
              <w:rPr>
                <w:rFonts w:ascii="ＭＳ ゴシック" w:eastAsia="ＭＳ ゴシック" w:hAnsi="ＭＳ ゴシック"/>
                <w:sz w:val="16"/>
                <w:szCs w:val="16"/>
              </w:rPr>
              <w:t>年度</w:t>
            </w:r>
            <w:proofErr w:type="spellEnd"/>
          </w:p>
        </w:tc>
        <w:tc>
          <w:tcPr>
            <w:tcW w:w="2944" w:type="dxa"/>
            <w:tcMar>
              <w:top w:w="40" w:type="dxa"/>
              <w:left w:w="50" w:type="dxa"/>
              <w:bottom w:w="40" w:type="dxa"/>
              <w:right w:w="50" w:type="dxa"/>
            </w:tcMar>
            <w:vAlign w:val="center"/>
          </w:tcPr>
          <w:p w14:paraId="4D17CE40" w14:textId="77777777" w:rsidR="0076404B" w:rsidRPr="0076404B" w:rsidRDefault="0076404B">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通</w:t>
            </w:r>
          </w:p>
        </w:tc>
      </w:tr>
      <w:tr w:rsidR="00C16721" w:rsidRPr="0076404B" w14:paraId="4F8F0F50" w14:textId="77777777" w:rsidTr="00B01654">
        <w:trPr>
          <w:jc w:val="center"/>
        </w:trPr>
        <w:tc>
          <w:tcPr>
            <w:tcW w:w="4902" w:type="dxa"/>
            <w:tcMar>
              <w:top w:w="40" w:type="dxa"/>
              <w:left w:w="50" w:type="dxa"/>
              <w:bottom w:w="40" w:type="dxa"/>
              <w:right w:w="50" w:type="dxa"/>
            </w:tcMar>
            <w:vAlign w:val="center"/>
          </w:tcPr>
          <w:p w14:paraId="12EC78BB" w14:textId="77777777" w:rsidR="00C16721" w:rsidRPr="0076404B" w:rsidRDefault="005406C0">
            <w:pPr>
              <w:rPr>
                <w:rFonts w:ascii="ＭＳ ゴシック" w:eastAsia="ＭＳ ゴシック" w:hAnsi="ＭＳ ゴシック"/>
                <w:sz w:val="16"/>
                <w:szCs w:val="16"/>
                <w:lang w:eastAsia="ja-JP"/>
              </w:rPr>
            </w:pPr>
            <w:r w:rsidRPr="0076404B">
              <w:rPr>
                <w:rFonts w:ascii="ＭＳ ゴシック" w:eastAsia="ＭＳ ゴシック" w:hAnsi="ＭＳ ゴシック"/>
                <w:sz w:val="16"/>
                <w:szCs w:val="16"/>
                <w:lang w:eastAsia="ja-JP"/>
              </w:rPr>
              <w:t>□ その他　家屋に関する証明書（　　　　　　　　　　　　　　）</w:t>
            </w:r>
          </w:p>
        </w:tc>
        <w:tc>
          <w:tcPr>
            <w:tcW w:w="1843" w:type="dxa"/>
            <w:gridSpan w:val="2"/>
            <w:tcMar>
              <w:top w:w="40" w:type="dxa"/>
              <w:left w:w="50" w:type="dxa"/>
              <w:bottom w:w="40" w:type="dxa"/>
              <w:right w:w="50" w:type="dxa"/>
            </w:tcMar>
            <w:vAlign w:val="center"/>
          </w:tcPr>
          <w:p w14:paraId="14E05323" w14:textId="77777777" w:rsidR="00C16721" w:rsidRPr="0076404B" w:rsidRDefault="005406C0">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1通 200円</w:t>
            </w:r>
          </w:p>
        </w:tc>
        <w:tc>
          <w:tcPr>
            <w:tcW w:w="1701" w:type="dxa"/>
            <w:tcMar>
              <w:top w:w="40" w:type="dxa"/>
              <w:left w:w="50" w:type="dxa"/>
              <w:bottom w:w="40" w:type="dxa"/>
              <w:right w:w="50" w:type="dxa"/>
            </w:tcMar>
            <w:vAlign w:val="center"/>
          </w:tcPr>
          <w:p w14:paraId="7CE217D7" w14:textId="77777777" w:rsidR="00C16721" w:rsidRPr="0076404B" w:rsidRDefault="005406C0">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w:t>
            </w:r>
            <w:proofErr w:type="spellStart"/>
            <w:r w:rsidRPr="0076404B">
              <w:rPr>
                <w:rFonts w:ascii="ＭＳ ゴシック" w:eastAsia="ＭＳ ゴシック" w:hAnsi="ＭＳ ゴシック"/>
                <w:sz w:val="16"/>
                <w:szCs w:val="16"/>
              </w:rPr>
              <w:t>年度</w:t>
            </w:r>
            <w:proofErr w:type="spellEnd"/>
          </w:p>
        </w:tc>
        <w:tc>
          <w:tcPr>
            <w:tcW w:w="2944" w:type="dxa"/>
            <w:tcMar>
              <w:top w:w="40" w:type="dxa"/>
              <w:left w:w="50" w:type="dxa"/>
              <w:bottom w:w="40" w:type="dxa"/>
              <w:right w:w="50" w:type="dxa"/>
            </w:tcMar>
            <w:vAlign w:val="center"/>
          </w:tcPr>
          <w:p w14:paraId="08B980CE" w14:textId="77777777" w:rsidR="00C16721" w:rsidRPr="0076404B" w:rsidRDefault="005406C0">
            <w:pPr>
              <w:jc w:val="center"/>
              <w:rPr>
                <w:rFonts w:ascii="ＭＳ ゴシック" w:eastAsia="ＭＳ ゴシック" w:hAnsi="ＭＳ ゴシック"/>
                <w:sz w:val="16"/>
                <w:szCs w:val="16"/>
              </w:rPr>
            </w:pPr>
            <w:r w:rsidRPr="0076404B">
              <w:rPr>
                <w:rFonts w:ascii="ＭＳ ゴシック" w:eastAsia="ＭＳ ゴシック" w:hAnsi="ＭＳ ゴシック"/>
                <w:sz w:val="16"/>
                <w:szCs w:val="16"/>
              </w:rPr>
              <w:t xml:space="preserve">　 通</w:t>
            </w:r>
          </w:p>
        </w:tc>
      </w:tr>
      <w:tr w:rsidR="00C16721" w:rsidRPr="0076404B" w14:paraId="7E4A8F0C" w14:textId="77777777" w:rsidTr="00B01654">
        <w:tblPrEx>
          <w:jc w:val="left"/>
        </w:tblPrEx>
        <w:tc>
          <w:tcPr>
            <w:tcW w:w="6713" w:type="dxa"/>
            <w:gridSpan w:val="2"/>
            <w:shd w:val="clear" w:color="auto" w:fill="FFFDE1"/>
            <w:tcMar>
              <w:top w:w="40" w:type="dxa"/>
              <w:left w:w="50" w:type="dxa"/>
              <w:bottom w:w="40" w:type="dxa"/>
              <w:right w:w="50" w:type="dxa"/>
            </w:tcMar>
            <w:vAlign w:val="center"/>
          </w:tcPr>
          <w:p w14:paraId="3E4B5DE8" w14:textId="77777777" w:rsidR="00C16721" w:rsidRPr="0076404B" w:rsidRDefault="005406C0">
            <w:pPr>
              <w:jc w:val="center"/>
              <w:rPr>
                <w:rFonts w:ascii="ＭＳ ゴシック" w:eastAsia="ＭＳ ゴシック" w:hAnsi="ＭＳ ゴシック"/>
                <w:sz w:val="16"/>
                <w:szCs w:val="16"/>
              </w:rPr>
            </w:pPr>
            <w:proofErr w:type="spellStart"/>
            <w:r w:rsidRPr="0076404B">
              <w:rPr>
                <w:rFonts w:ascii="ＭＳ ゴシック" w:eastAsia="ＭＳ ゴシック" w:hAnsi="ＭＳ ゴシック"/>
                <w:b/>
                <w:sz w:val="16"/>
                <w:szCs w:val="16"/>
              </w:rPr>
              <w:t>使用目的</w:t>
            </w:r>
            <w:proofErr w:type="spellEnd"/>
          </w:p>
        </w:tc>
        <w:tc>
          <w:tcPr>
            <w:tcW w:w="4677" w:type="dxa"/>
            <w:gridSpan w:val="3"/>
            <w:tcMar>
              <w:top w:w="40" w:type="dxa"/>
              <w:left w:w="50" w:type="dxa"/>
              <w:bottom w:w="40" w:type="dxa"/>
              <w:right w:w="50" w:type="dxa"/>
            </w:tcMar>
            <w:vAlign w:val="center"/>
          </w:tcPr>
          <w:p w14:paraId="6C5E720F" w14:textId="77777777" w:rsidR="00C16721" w:rsidRPr="0076404B" w:rsidRDefault="005406C0">
            <w:pPr>
              <w:rPr>
                <w:rFonts w:ascii="ＭＳ ゴシック" w:eastAsia="ＭＳ ゴシック" w:hAnsi="ＭＳ ゴシック"/>
                <w:sz w:val="16"/>
                <w:szCs w:val="16"/>
                <w:lang w:eastAsia="ja-JP"/>
              </w:rPr>
            </w:pPr>
            <w:r w:rsidRPr="0076404B">
              <w:rPr>
                <w:rFonts w:ascii="ＭＳ ゴシック" w:eastAsia="ＭＳ ゴシック" w:hAnsi="ＭＳ ゴシック"/>
                <w:sz w:val="16"/>
                <w:szCs w:val="16"/>
                <w:lang w:eastAsia="ja-JP"/>
              </w:rPr>
              <w:t>□ 金融機関提出　□ 在留資格（ビザ）申請　□ 補助金・給付金関係　□ 児童手当等受給</w:t>
            </w:r>
            <w:r w:rsidRPr="0076404B">
              <w:rPr>
                <w:rFonts w:ascii="ＭＳ ゴシック" w:eastAsia="ＭＳ ゴシック" w:hAnsi="ＭＳ ゴシック"/>
                <w:sz w:val="16"/>
                <w:szCs w:val="16"/>
                <w:lang w:eastAsia="ja-JP"/>
              </w:rPr>
              <w:br/>
              <w:t>□ 健康保険加入　□ 職場提出　□ 車検用　□ その他（　　　　　　　　　　　　）</w:t>
            </w:r>
          </w:p>
        </w:tc>
      </w:tr>
      <w:tr w:rsidR="00C16721" w:rsidRPr="0076404B" w14:paraId="08A834E3" w14:textId="77777777" w:rsidTr="00B01654">
        <w:tblPrEx>
          <w:jc w:val="left"/>
        </w:tblPrEx>
        <w:trPr>
          <w:trHeight w:val="1109"/>
        </w:trPr>
        <w:tc>
          <w:tcPr>
            <w:tcW w:w="11390" w:type="dxa"/>
            <w:gridSpan w:val="5"/>
            <w:tcMar>
              <w:top w:w="40" w:type="dxa"/>
              <w:left w:w="50" w:type="dxa"/>
              <w:bottom w:w="40" w:type="dxa"/>
              <w:right w:w="50" w:type="dxa"/>
            </w:tcMar>
            <w:vAlign w:val="center"/>
          </w:tcPr>
          <w:p w14:paraId="0D5ECB41" w14:textId="77777777" w:rsidR="00C16721" w:rsidRPr="0076404B" w:rsidRDefault="005406C0">
            <w:pPr>
              <w:rPr>
                <w:rFonts w:ascii="ＭＳ ゴシック" w:eastAsia="ＭＳ ゴシック" w:hAnsi="ＭＳ ゴシック"/>
                <w:sz w:val="16"/>
                <w:szCs w:val="16"/>
              </w:rPr>
            </w:pPr>
            <w:r w:rsidRPr="0076404B">
              <w:rPr>
                <w:rFonts w:ascii="ＭＳ ゴシック" w:eastAsia="ＭＳ ゴシック" w:hAnsi="ＭＳ ゴシック"/>
                <w:sz w:val="16"/>
                <w:szCs w:val="16"/>
              </w:rPr>
              <w:t>（</w:t>
            </w:r>
            <w:proofErr w:type="spellStart"/>
            <w:r w:rsidRPr="0076404B">
              <w:rPr>
                <w:rFonts w:ascii="ＭＳ ゴシック" w:eastAsia="ＭＳ ゴシック" w:hAnsi="ＭＳ ゴシック"/>
                <w:sz w:val="16"/>
                <w:szCs w:val="16"/>
              </w:rPr>
              <w:t>備考</w:t>
            </w:r>
            <w:proofErr w:type="spellEnd"/>
            <w:r w:rsidRPr="0076404B">
              <w:rPr>
                <w:rFonts w:ascii="ＭＳ ゴシック" w:eastAsia="ＭＳ ゴシック" w:hAnsi="ＭＳ ゴシック"/>
                <w:sz w:val="16"/>
                <w:szCs w:val="16"/>
              </w:rPr>
              <w:t>）</w:t>
            </w:r>
            <w:r w:rsidRPr="0076404B">
              <w:rPr>
                <w:rFonts w:ascii="ＭＳ ゴシック" w:eastAsia="ＭＳ ゴシック" w:hAnsi="ＭＳ ゴシック"/>
                <w:sz w:val="16"/>
                <w:szCs w:val="16"/>
              </w:rPr>
              <w:br/>
            </w:r>
          </w:p>
        </w:tc>
      </w:tr>
    </w:tbl>
    <w:p w14:paraId="1B07A8CE" w14:textId="77777777" w:rsidR="005E3A06" w:rsidRDefault="005E3A06">
      <w:pPr>
        <w:spacing w:after="0"/>
        <w:rPr>
          <w:rFonts w:ascii="ＭＳ ゴシック" w:eastAsia="ＭＳ ゴシック" w:hAnsi="ＭＳ ゴシック"/>
          <w:b/>
          <w:szCs w:val="18"/>
          <w:lang w:eastAsia="ja-JP"/>
        </w:rPr>
      </w:pPr>
    </w:p>
    <w:p w14:paraId="3801ABC0" w14:textId="1263D5A4" w:rsidR="00C16721" w:rsidRPr="0076404B" w:rsidRDefault="005406C0">
      <w:pPr>
        <w:spacing w:after="0"/>
        <w:rPr>
          <w:rFonts w:ascii="ＭＳ ゴシック" w:eastAsia="ＭＳ ゴシック" w:hAnsi="ＭＳ ゴシック"/>
          <w:szCs w:val="18"/>
          <w:lang w:eastAsia="ja-JP"/>
        </w:rPr>
      </w:pPr>
      <w:r w:rsidRPr="0076404B">
        <w:rPr>
          <w:rFonts w:ascii="ＭＳ ゴシック" w:eastAsia="ＭＳ ゴシック" w:hAnsi="ＭＳ ゴシック"/>
          <w:b/>
          <w:szCs w:val="18"/>
          <w:lang w:eastAsia="ja-JP"/>
        </w:rPr>
        <w:t>郵送請求に必要な書類</w:t>
      </w:r>
    </w:p>
    <w:tbl>
      <w:tblPr>
        <w:tblStyle w:val="afe"/>
        <w:tblW w:w="0" w:type="auto"/>
        <w:tblLook w:val="04A0" w:firstRow="1" w:lastRow="0" w:firstColumn="1" w:lastColumn="0" w:noHBand="0" w:noVBand="1"/>
      </w:tblPr>
      <w:tblGrid>
        <w:gridCol w:w="7461"/>
        <w:gridCol w:w="3755"/>
      </w:tblGrid>
      <w:tr w:rsidR="00C16721" w:rsidRPr="0076404B" w14:paraId="3B92AA17" w14:textId="77777777" w:rsidTr="00B01654">
        <w:tc>
          <w:tcPr>
            <w:tcW w:w="7483" w:type="dxa"/>
            <w:tcMar>
              <w:top w:w="40" w:type="dxa"/>
              <w:left w:w="50" w:type="dxa"/>
              <w:bottom w:w="40" w:type="dxa"/>
              <w:right w:w="50" w:type="dxa"/>
            </w:tcMar>
            <w:vAlign w:val="center"/>
          </w:tcPr>
          <w:p w14:paraId="3326C2F0" w14:textId="12CC2742" w:rsidR="00C16721" w:rsidRPr="0076404B" w:rsidRDefault="005406C0">
            <w:pPr>
              <w:rPr>
                <w:rFonts w:ascii="ＭＳ ゴシック" w:eastAsia="ＭＳ ゴシック" w:hAnsi="ＭＳ ゴシック"/>
                <w:szCs w:val="18"/>
                <w:lang w:eastAsia="ja-JP"/>
              </w:rPr>
            </w:pPr>
            <w:r w:rsidRPr="0076404B">
              <w:rPr>
                <w:rFonts w:ascii="ＭＳ ゴシック" w:eastAsia="ＭＳ ゴシック" w:hAnsi="ＭＳ ゴシック"/>
                <w:szCs w:val="18"/>
                <w:lang w:eastAsia="ja-JP"/>
              </w:rPr>
              <w:t>□ 申請書（郵送請求用）※この用紙</w:t>
            </w:r>
            <w:r w:rsidRPr="0076404B">
              <w:rPr>
                <w:rFonts w:ascii="ＭＳ ゴシック" w:eastAsia="ＭＳ ゴシック" w:hAnsi="ＭＳ ゴシック"/>
                <w:szCs w:val="18"/>
                <w:lang w:eastAsia="ja-JP"/>
              </w:rPr>
              <w:br/>
              <w:t>□ 本人確認書類のコピー（マイナンバーカード、運転免許証、在留カードなど）</w:t>
            </w:r>
            <w:r w:rsidRPr="0076404B">
              <w:rPr>
                <w:rFonts w:ascii="ＭＳ ゴシック" w:eastAsia="ＭＳ ゴシック" w:hAnsi="ＭＳ ゴシック"/>
                <w:szCs w:val="18"/>
                <w:lang w:eastAsia="ja-JP"/>
              </w:rPr>
              <w:br/>
              <w:t>□ 返信用封筒（必ず切手を貼って、</w:t>
            </w:r>
            <w:r w:rsidR="00235C15">
              <w:rPr>
                <w:rFonts w:ascii="ＭＳ ゴシック" w:eastAsia="ＭＳ ゴシック" w:hAnsi="ＭＳ ゴシック" w:hint="eastAsia"/>
                <w:szCs w:val="18"/>
                <w:lang w:eastAsia="ja-JP"/>
              </w:rPr>
              <w:t>身分証と同一</w:t>
            </w:r>
            <w:r w:rsidRPr="0076404B">
              <w:rPr>
                <w:rFonts w:ascii="ＭＳ ゴシック" w:eastAsia="ＭＳ ゴシック" w:hAnsi="ＭＳ ゴシック"/>
                <w:szCs w:val="18"/>
                <w:lang w:eastAsia="ja-JP"/>
              </w:rPr>
              <w:t>の住所・宛名を記載してください。）</w:t>
            </w:r>
            <w:r w:rsidRPr="0076404B">
              <w:rPr>
                <w:rFonts w:ascii="ＭＳ ゴシック" w:eastAsia="ＭＳ ゴシック" w:hAnsi="ＭＳ ゴシック"/>
                <w:szCs w:val="18"/>
                <w:lang w:eastAsia="ja-JP"/>
              </w:rPr>
              <w:br/>
              <w:t>□ 必要通数分の手数料の定額小為替（郵便局で購入してください）</w:t>
            </w:r>
            <w:r w:rsidRPr="0076404B">
              <w:rPr>
                <w:rFonts w:ascii="ＭＳ ゴシック" w:eastAsia="ＭＳ ゴシック" w:hAnsi="ＭＳ ゴシック"/>
                <w:szCs w:val="18"/>
                <w:lang w:eastAsia="ja-JP"/>
              </w:rPr>
              <w:br/>
              <w:t>（その他）</w:t>
            </w:r>
            <w:r w:rsidRPr="0076404B">
              <w:rPr>
                <w:rFonts w:ascii="ＭＳ ゴシック" w:eastAsia="ＭＳ ゴシック" w:hAnsi="ＭＳ ゴシック"/>
                <w:szCs w:val="18"/>
                <w:lang w:eastAsia="ja-JP"/>
              </w:rPr>
              <w:br/>
              <w:t>□ 代理人の方が申請する場合は、委任状も同封してください。</w:t>
            </w:r>
            <w:r w:rsidRPr="0076404B">
              <w:rPr>
                <w:rFonts w:ascii="ＭＳ ゴシック" w:eastAsia="ＭＳ ゴシック" w:hAnsi="ＭＳ ゴシック"/>
                <w:szCs w:val="18"/>
                <w:lang w:eastAsia="ja-JP"/>
              </w:rPr>
              <w:br/>
              <w:t>□ 相続人が証明書を申請する場合は、死亡者との関係がわかる戸籍謄本等も添付してください。</w:t>
            </w:r>
            <w:r w:rsidRPr="0076404B">
              <w:rPr>
                <w:rFonts w:ascii="ＭＳ ゴシック" w:eastAsia="ＭＳ ゴシック" w:hAnsi="ＭＳ ゴシック"/>
                <w:szCs w:val="18"/>
                <w:lang w:eastAsia="ja-JP"/>
              </w:rPr>
              <w:br/>
              <w:t>※ 書類不備の場合は、交付することができません。</w:t>
            </w:r>
          </w:p>
        </w:tc>
        <w:tc>
          <w:tcPr>
            <w:tcW w:w="3766" w:type="dxa"/>
            <w:tcMar>
              <w:top w:w="40" w:type="dxa"/>
              <w:left w:w="50" w:type="dxa"/>
              <w:bottom w:w="40" w:type="dxa"/>
              <w:right w:w="50" w:type="dxa"/>
            </w:tcMar>
            <w:vAlign w:val="center"/>
          </w:tcPr>
          <w:p w14:paraId="71113106" w14:textId="77777777" w:rsidR="00C16721" w:rsidRPr="0076404B" w:rsidRDefault="005406C0">
            <w:pPr>
              <w:jc w:val="center"/>
              <w:rPr>
                <w:rFonts w:ascii="ＭＳ ゴシック" w:eastAsia="ＭＳ ゴシック" w:hAnsi="ＭＳ ゴシック"/>
                <w:szCs w:val="18"/>
              </w:rPr>
            </w:pPr>
            <w:r w:rsidRPr="0076404B">
              <w:rPr>
                <w:rFonts w:ascii="ＭＳ ゴシック" w:eastAsia="ＭＳ ゴシック" w:hAnsi="ＭＳ ゴシック"/>
                <w:szCs w:val="18"/>
              </w:rPr>
              <w:t>〈</w:t>
            </w:r>
            <w:proofErr w:type="spellStart"/>
            <w:r w:rsidRPr="0076404B">
              <w:rPr>
                <w:rFonts w:ascii="ＭＳ ゴシック" w:eastAsia="ＭＳ ゴシック" w:hAnsi="ＭＳ ゴシック"/>
                <w:szCs w:val="18"/>
              </w:rPr>
              <w:t>送付先</w:t>
            </w:r>
            <w:proofErr w:type="spellEnd"/>
            <w:r w:rsidRPr="0076404B">
              <w:rPr>
                <w:rFonts w:ascii="ＭＳ ゴシック" w:eastAsia="ＭＳ ゴシック" w:hAnsi="ＭＳ ゴシック"/>
                <w:szCs w:val="18"/>
              </w:rPr>
              <w:t>〉</w:t>
            </w:r>
            <w:r w:rsidRPr="0076404B">
              <w:rPr>
                <w:rFonts w:ascii="ＭＳ ゴシック" w:eastAsia="ＭＳ ゴシック" w:hAnsi="ＭＳ ゴシック"/>
                <w:szCs w:val="18"/>
              </w:rPr>
              <w:br/>
              <w:t>〒905-0793</w:t>
            </w:r>
            <w:r w:rsidRPr="0076404B">
              <w:rPr>
                <w:rFonts w:ascii="ＭＳ ゴシック" w:eastAsia="ＭＳ ゴシック" w:hAnsi="ＭＳ ゴシック"/>
                <w:szCs w:val="18"/>
              </w:rPr>
              <w:br/>
              <w:t>沖縄県島尻郡伊平屋村字我喜屋251番地</w:t>
            </w:r>
            <w:r w:rsidRPr="0076404B">
              <w:rPr>
                <w:rFonts w:ascii="ＭＳ ゴシック" w:eastAsia="ＭＳ ゴシック" w:hAnsi="ＭＳ ゴシック"/>
                <w:szCs w:val="18"/>
              </w:rPr>
              <w:br/>
            </w:r>
            <w:r w:rsidRPr="0076404B">
              <w:rPr>
                <w:rFonts w:ascii="ＭＳ ゴシック" w:eastAsia="ＭＳ ゴシック" w:hAnsi="ＭＳ ゴシック"/>
                <w:szCs w:val="18"/>
              </w:rPr>
              <w:br/>
            </w:r>
            <w:proofErr w:type="spellStart"/>
            <w:r w:rsidRPr="0076404B">
              <w:rPr>
                <w:rFonts w:ascii="ＭＳ ゴシック" w:eastAsia="ＭＳ ゴシック" w:hAnsi="ＭＳ ゴシック"/>
                <w:szCs w:val="18"/>
              </w:rPr>
              <w:t>伊平屋村役場</w:t>
            </w:r>
            <w:proofErr w:type="spellEnd"/>
            <w:r w:rsidRPr="0076404B">
              <w:rPr>
                <w:rFonts w:ascii="ＭＳ ゴシック" w:eastAsia="ＭＳ ゴシック" w:hAnsi="ＭＳ ゴシック"/>
                <w:szCs w:val="18"/>
              </w:rPr>
              <w:br/>
              <w:t>住民課 税務係　宛</w:t>
            </w:r>
          </w:p>
        </w:tc>
      </w:tr>
    </w:tbl>
    <w:p w14:paraId="04941864" w14:textId="77777777" w:rsidR="00C16721" w:rsidRPr="0076404B" w:rsidRDefault="005406C0">
      <w:pPr>
        <w:rPr>
          <w:rFonts w:ascii="ＭＳ ゴシック" w:eastAsia="ＭＳ ゴシック" w:hAnsi="ＭＳ ゴシック"/>
        </w:rPr>
      </w:pPr>
      <w:r w:rsidRPr="0076404B">
        <w:rPr>
          <w:rFonts w:ascii="ＭＳ ゴシック" w:eastAsia="ＭＳ ゴシック" w:hAnsi="ＭＳ ゴシック"/>
        </w:rPr>
        <w:br w:type="page"/>
      </w:r>
    </w:p>
    <w:p w14:paraId="4078543F" w14:textId="77777777" w:rsidR="00C16721" w:rsidRPr="0076404B" w:rsidRDefault="005406C0">
      <w:pPr>
        <w:spacing w:after="40"/>
        <w:jc w:val="center"/>
        <w:rPr>
          <w:rFonts w:ascii="ＭＳ ゴシック" w:eastAsia="ＭＳ ゴシック" w:hAnsi="ＭＳ ゴシック"/>
          <w:lang w:eastAsia="ja-JP"/>
        </w:rPr>
      </w:pPr>
      <w:r w:rsidRPr="0076404B">
        <w:rPr>
          <w:rFonts w:ascii="ＭＳ ゴシック" w:eastAsia="ＭＳ ゴシック" w:hAnsi="ＭＳ ゴシック"/>
          <w:b/>
          <w:sz w:val="34"/>
          <w:lang w:eastAsia="ja-JP"/>
        </w:rPr>
        <w:lastRenderedPageBreak/>
        <w:t>※ 注意事項 ※</w:t>
      </w:r>
    </w:p>
    <w:p w14:paraId="6344DD43" w14:textId="77777777" w:rsidR="00C16721" w:rsidRPr="0076404B" w:rsidRDefault="005406C0">
      <w:pPr>
        <w:spacing w:after="20"/>
        <w:rPr>
          <w:rFonts w:ascii="ＭＳ ゴシック" w:eastAsia="ＭＳ ゴシック" w:hAnsi="ＭＳ ゴシック"/>
          <w:lang w:eastAsia="ja-JP"/>
        </w:rPr>
      </w:pPr>
      <w:r w:rsidRPr="0076404B">
        <w:rPr>
          <w:rFonts w:ascii="ＭＳ ゴシック" w:eastAsia="ＭＳ ゴシック" w:hAnsi="ＭＳ ゴシック"/>
          <w:b/>
          <w:sz w:val="24"/>
          <w:lang w:eastAsia="ja-JP"/>
        </w:rPr>
        <w:t>1．申請書</w:t>
      </w:r>
    </w:p>
    <w:p w14:paraId="63E92E27" w14:textId="77777777" w:rsidR="00C16721" w:rsidRPr="0076404B" w:rsidRDefault="005406C0">
      <w:pPr>
        <w:spacing w:after="0"/>
        <w:rPr>
          <w:rFonts w:ascii="ＭＳ ゴシック" w:eastAsia="ＭＳ ゴシック" w:hAnsi="ＭＳ ゴシック"/>
          <w:lang w:eastAsia="ja-JP"/>
        </w:rPr>
      </w:pPr>
      <w:r w:rsidRPr="0076404B">
        <w:rPr>
          <w:rFonts w:ascii="ＭＳ ゴシック" w:eastAsia="ＭＳ ゴシック" w:hAnsi="ＭＳ ゴシック"/>
          <w:b/>
          <w:sz w:val="20"/>
          <w:lang w:eastAsia="ja-JP"/>
        </w:rPr>
        <w:t>● 所得・課税関連の証明書について</w:t>
      </w:r>
    </w:p>
    <w:p w14:paraId="039C6DB5" w14:textId="6E45CA57" w:rsidR="00C16721" w:rsidRPr="0076404B" w:rsidRDefault="005406C0">
      <w:pPr>
        <w:spacing w:after="20"/>
        <w:rPr>
          <w:rFonts w:ascii="ＭＳ ゴシック" w:eastAsia="ＭＳ ゴシック" w:hAnsi="ＭＳ ゴシック"/>
          <w:lang w:eastAsia="ja-JP"/>
        </w:rPr>
      </w:pPr>
      <w:r w:rsidRPr="0076404B">
        <w:rPr>
          <w:rFonts w:ascii="ＭＳ ゴシック" w:eastAsia="ＭＳ ゴシック" w:hAnsi="ＭＳ ゴシック"/>
          <w:lang w:eastAsia="ja-JP"/>
        </w:rPr>
        <w:t xml:space="preserve">　証明書は、その年の1月1日現在の住民登録地の市区町村で発行されます。</w:t>
      </w:r>
      <w:r w:rsidRPr="0076404B">
        <w:rPr>
          <w:rFonts w:ascii="ＭＳ ゴシック" w:eastAsia="ＭＳ ゴシック" w:hAnsi="ＭＳ ゴシック"/>
          <w:lang w:eastAsia="ja-JP"/>
        </w:rPr>
        <w:br/>
        <w:t xml:space="preserve">　証明書に記載される所得額は、前年分の所得です。</w:t>
      </w:r>
      <w:r w:rsidRPr="0076404B">
        <w:rPr>
          <w:rFonts w:ascii="ＭＳ ゴシック" w:eastAsia="ＭＳ ゴシック" w:hAnsi="ＭＳ ゴシック"/>
          <w:lang w:eastAsia="ja-JP"/>
        </w:rPr>
        <w:br/>
        <w:t xml:space="preserve">　例）令和</w:t>
      </w:r>
      <w:r w:rsidR="00B01654">
        <w:rPr>
          <w:rFonts w:ascii="ＭＳ ゴシック" w:eastAsia="ＭＳ ゴシック" w:hAnsi="ＭＳ ゴシック" w:hint="eastAsia"/>
          <w:lang w:eastAsia="ja-JP"/>
        </w:rPr>
        <w:t>8</w:t>
      </w:r>
      <w:r w:rsidRPr="0076404B">
        <w:rPr>
          <w:rFonts w:ascii="ＭＳ ゴシック" w:eastAsia="ＭＳ ゴシック" w:hAnsi="ＭＳ ゴシック"/>
          <w:lang w:eastAsia="ja-JP"/>
        </w:rPr>
        <w:t>年度所得課税証明書 ⇒ 令和</w:t>
      </w:r>
      <w:r w:rsidR="00B01654">
        <w:rPr>
          <w:rFonts w:ascii="ＭＳ ゴシック" w:eastAsia="ＭＳ ゴシック" w:hAnsi="ＭＳ ゴシック" w:hint="eastAsia"/>
          <w:lang w:eastAsia="ja-JP"/>
        </w:rPr>
        <w:t>7</w:t>
      </w:r>
      <w:r w:rsidRPr="0076404B">
        <w:rPr>
          <w:rFonts w:ascii="ＭＳ ゴシック" w:eastAsia="ＭＳ ゴシック" w:hAnsi="ＭＳ ゴシック"/>
          <w:lang w:eastAsia="ja-JP"/>
        </w:rPr>
        <w:t>年分の所得</w:t>
      </w:r>
      <w:r w:rsidRPr="0076404B">
        <w:rPr>
          <w:rFonts w:ascii="ＭＳ ゴシック" w:eastAsia="ＭＳ ゴシック" w:hAnsi="ＭＳ ゴシック"/>
          <w:lang w:eastAsia="ja-JP"/>
        </w:rPr>
        <w:br/>
        <w:t xml:space="preserve">　証明書の年度の切り替えは、6月1日（土日祝日の場合はその翌日）です。</w:t>
      </w:r>
      <w:r w:rsidRPr="0076404B">
        <w:rPr>
          <w:rFonts w:ascii="ＭＳ ゴシック" w:eastAsia="ＭＳ ゴシック" w:hAnsi="ＭＳ ゴシック"/>
          <w:lang w:eastAsia="ja-JP"/>
        </w:rPr>
        <w:br/>
        <w:t xml:space="preserve">　例）令和</w:t>
      </w:r>
      <w:r w:rsidR="00B01654">
        <w:rPr>
          <w:rFonts w:ascii="ＭＳ ゴシック" w:eastAsia="ＭＳ ゴシック" w:hAnsi="ＭＳ ゴシック" w:hint="eastAsia"/>
          <w:lang w:eastAsia="ja-JP"/>
        </w:rPr>
        <w:t>8</w:t>
      </w:r>
      <w:r w:rsidRPr="0076404B">
        <w:rPr>
          <w:rFonts w:ascii="ＭＳ ゴシック" w:eastAsia="ＭＳ ゴシック" w:hAnsi="ＭＳ ゴシック"/>
          <w:lang w:eastAsia="ja-JP"/>
        </w:rPr>
        <w:t>年度所得課税証明書の発行可能日 ⇒ 令和</w:t>
      </w:r>
      <w:r w:rsidR="00B01654">
        <w:rPr>
          <w:rFonts w:ascii="ＭＳ ゴシック" w:eastAsia="ＭＳ ゴシック" w:hAnsi="ＭＳ ゴシック" w:hint="eastAsia"/>
          <w:lang w:eastAsia="ja-JP"/>
        </w:rPr>
        <w:t>8</w:t>
      </w:r>
      <w:r w:rsidRPr="0076404B">
        <w:rPr>
          <w:rFonts w:ascii="ＭＳ ゴシック" w:eastAsia="ＭＳ ゴシック" w:hAnsi="ＭＳ ゴシック"/>
          <w:lang w:eastAsia="ja-JP"/>
        </w:rPr>
        <w:t>年6月1日以降</w:t>
      </w:r>
    </w:p>
    <w:tbl>
      <w:tblPr>
        <w:tblStyle w:val="afe"/>
        <w:tblW w:w="0" w:type="auto"/>
        <w:tblLook w:val="04A0" w:firstRow="1" w:lastRow="0" w:firstColumn="1" w:lastColumn="0" w:noHBand="0" w:noVBand="1"/>
      </w:tblPr>
      <w:tblGrid>
        <w:gridCol w:w="2835"/>
        <w:gridCol w:w="7654"/>
      </w:tblGrid>
      <w:tr w:rsidR="00C16721" w:rsidRPr="0076404B" w14:paraId="65CAA30C" w14:textId="77777777">
        <w:trPr>
          <w:tblHeader/>
        </w:trPr>
        <w:tc>
          <w:tcPr>
            <w:tcW w:w="2835" w:type="dxa"/>
            <w:tcMar>
              <w:top w:w="40" w:type="dxa"/>
              <w:left w:w="50" w:type="dxa"/>
              <w:bottom w:w="40" w:type="dxa"/>
              <w:right w:w="50" w:type="dxa"/>
            </w:tcMar>
            <w:vAlign w:val="center"/>
          </w:tcPr>
          <w:p w14:paraId="23295C92" w14:textId="77777777" w:rsidR="00C16721" w:rsidRPr="0076404B" w:rsidRDefault="005406C0">
            <w:pPr>
              <w:jc w:val="center"/>
              <w:rPr>
                <w:rFonts w:ascii="ＭＳ ゴシック" w:eastAsia="ＭＳ ゴシック" w:hAnsi="ＭＳ ゴシック"/>
              </w:rPr>
            </w:pPr>
            <w:proofErr w:type="spellStart"/>
            <w:r w:rsidRPr="0076404B">
              <w:rPr>
                <w:rFonts w:ascii="ＭＳ ゴシック" w:eastAsia="ＭＳ ゴシック" w:hAnsi="ＭＳ ゴシック"/>
                <w:b/>
              </w:rPr>
              <w:t>種類</w:t>
            </w:r>
            <w:proofErr w:type="spellEnd"/>
          </w:p>
        </w:tc>
        <w:tc>
          <w:tcPr>
            <w:tcW w:w="7654" w:type="dxa"/>
            <w:tcMar>
              <w:top w:w="40" w:type="dxa"/>
              <w:left w:w="50" w:type="dxa"/>
              <w:bottom w:w="40" w:type="dxa"/>
              <w:right w:w="50" w:type="dxa"/>
            </w:tcMar>
            <w:vAlign w:val="center"/>
          </w:tcPr>
          <w:p w14:paraId="04D12023" w14:textId="77777777" w:rsidR="00C16721" w:rsidRPr="0076404B" w:rsidRDefault="005406C0">
            <w:pPr>
              <w:jc w:val="center"/>
              <w:rPr>
                <w:rFonts w:ascii="ＭＳ ゴシック" w:eastAsia="ＭＳ ゴシック" w:hAnsi="ＭＳ ゴシック"/>
              </w:rPr>
            </w:pPr>
            <w:r w:rsidRPr="0076404B">
              <w:rPr>
                <w:rFonts w:ascii="ＭＳ ゴシック" w:eastAsia="ＭＳ ゴシック" w:hAnsi="ＭＳ ゴシック"/>
                <w:b/>
              </w:rPr>
              <w:t>内容</w:t>
            </w:r>
          </w:p>
        </w:tc>
      </w:tr>
      <w:tr w:rsidR="005E3A06" w:rsidRPr="0076404B" w14:paraId="601501C8" w14:textId="77777777">
        <w:tc>
          <w:tcPr>
            <w:tcW w:w="2835" w:type="dxa"/>
            <w:tcMar>
              <w:top w:w="40" w:type="dxa"/>
              <w:left w:w="50" w:type="dxa"/>
              <w:bottom w:w="40" w:type="dxa"/>
              <w:right w:w="50" w:type="dxa"/>
            </w:tcMar>
            <w:vAlign w:val="center"/>
          </w:tcPr>
          <w:p w14:paraId="0584A9BB" w14:textId="77777777" w:rsidR="005E3A06" w:rsidRPr="0076404B" w:rsidRDefault="005E3A06" w:rsidP="005E3A06">
            <w:pPr>
              <w:rPr>
                <w:rFonts w:ascii="ＭＳ ゴシック" w:eastAsia="ＭＳ ゴシック" w:hAnsi="ＭＳ ゴシック"/>
              </w:rPr>
            </w:pPr>
            <w:proofErr w:type="spellStart"/>
            <w:r w:rsidRPr="0076404B">
              <w:rPr>
                <w:rFonts w:ascii="ＭＳ ゴシック" w:eastAsia="ＭＳ ゴシック" w:hAnsi="ＭＳ ゴシック"/>
              </w:rPr>
              <w:t>課税証明書</w:t>
            </w:r>
            <w:proofErr w:type="spellEnd"/>
          </w:p>
        </w:tc>
        <w:tc>
          <w:tcPr>
            <w:tcW w:w="7654" w:type="dxa"/>
            <w:tcMar>
              <w:top w:w="40" w:type="dxa"/>
              <w:left w:w="50" w:type="dxa"/>
              <w:bottom w:w="40" w:type="dxa"/>
              <w:right w:w="50" w:type="dxa"/>
            </w:tcMar>
            <w:vAlign w:val="center"/>
          </w:tcPr>
          <w:p w14:paraId="4D701651" w14:textId="636D96F5" w:rsidR="005E3A06" w:rsidRPr="0076404B" w:rsidRDefault="005E3A06" w:rsidP="005E3A06">
            <w:pPr>
              <w:rPr>
                <w:rFonts w:ascii="ＭＳ ゴシック" w:eastAsia="ＭＳ ゴシック" w:hAnsi="ＭＳ ゴシック"/>
              </w:rPr>
            </w:pPr>
            <w:proofErr w:type="spellStart"/>
            <w:r w:rsidRPr="0076404B">
              <w:rPr>
                <w:rFonts w:ascii="ＭＳ ゴシック" w:eastAsia="ＭＳ ゴシック" w:hAnsi="ＭＳ ゴシック"/>
              </w:rPr>
              <w:t>収入額、所得額、控除額、課税額、扶養人数</w:t>
            </w:r>
            <w:proofErr w:type="spellEnd"/>
          </w:p>
        </w:tc>
      </w:tr>
      <w:tr w:rsidR="005E3A06" w:rsidRPr="0076404B" w14:paraId="02DE8593" w14:textId="77777777">
        <w:tc>
          <w:tcPr>
            <w:tcW w:w="2835" w:type="dxa"/>
            <w:tcMar>
              <w:top w:w="40" w:type="dxa"/>
              <w:left w:w="50" w:type="dxa"/>
              <w:bottom w:w="40" w:type="dxa"/>
              <w:right w:w="50" w:type="dxa"/>
            </w:tcMar>
            <w:vAlign w:val="center"/>
          </w:tcPr>
          <w:p w14:paraId="20F24620" w14:textId="77777777" w:rsidR="005E3A06" w:rsidRPr="0076404B" w:rsidRDefault="005E3A06" w:rsidP="005E3A06">
            <w:pPr>
              <w:rPr>
                <w:rFonts w:ascii="ＭＳ ゴシック" w:eastAsia="ＭＳ ゴシック" w:hAnsi="ＭＳ ゴシック"/>
              </w:rPr>
            </w:pPr>
            <w:r w:rsidRPr="0076404B">
              <w:rPr>
                <w:rFonts w:ascii="ＭＳ ゴシック" w:eastAsia="ＭＳ ゴシック" w:hAnsi="ＭＳ ゴシック"/>
              </w:rPr>
              <w:t>非課税証明書</w:t>
            </w:r>
          </w:p>
        </w:tc>
        <w:tc>
          <w:tcPr>
            <w:tcW w:w="7654" w:type="dxa"/>
            <w:tcMar>
              <w:top w:w="40" w:type="dxa"/>
              <w:left w:w="50" w:type="dxa"/>
              <w:bottom w:w="40" w:type="dxa"/>
              <w:right w:w="50" w:type="dxa"/>
            </w:tcMar>
            <w:vAlign w:val="center"/>
          </w:tcPr>
          <w:p w14:paraId="097905C1" w14:textId="77777777" w:rsidR="005E3A06" w:rsidRPr="0076404B" w:rsidRDefault="005E3A06" w:rsidP="005E3A06">
            <w:pPr>
              <w:rPr>
                <w:rFonts w:ascii="ＭＳ ゴシック" w:eastAsia="ＭＳ ゴシック" w:hAnsi="ＭＳ ゴシック"/>
                <w:lang w:eastAsia="ja-JP"/>
              </w:rPr>
            </w:pPr>
            <w:r w:rsidRPr="0076404B">
              <w:rPr>
                <w:rFonts w:ascii="ＭＳ ゴシック" w:eastAsia="ＭＳ ゴシック" w:hAnsi="ＭＳ ゴシック"/>
                <w:lang w:eastAsia="ja-JP"/>
              </w:rPr>
              <w:t>非課税であることの証明</w:t>
            </w:r>
          </w:p>
        </w:tc>
      </w:tr>
      <w:tr w:rsidR="005E3A06" w:rsidRPr="0076404B" w14:paraId="28683654" w14:textId="77777777">
        <w:tc>
          <w:tcPr>
            <w:tcW w:w="2835" w:type="dxa"/>
            <w:tcMar>
              <w:top w:w="40" w:type="dxa"/>
              <w:left w:w="50" w:type="dxa"/>
              <w:bottom w:w="40" w:type="dxa"/>
              <w:right w:w="50" w:type="dxa"/>
            </w:tcMar>
            <w:vAlign w:val="center"/>
          </w:tcPr>
          <w:p w14:paraId="2DB6FE51" w14:textId="77777777" w:rsidR="005E3A06" w:rsidRPr="0076404B" w:rsidRDefault="005E3A06" w:rsidP="005E3A06">
            <w:pPr>
              <w:rPr>
                <w:rFonts w:ascii="ＭＳ ゴシック" w:eastAsia="ＭＳ ゴシック" w:hAnsi="ＭＳ ゴシック"/>
              </w:rPr>
            </w:pPr>
            <w:proofErr w:type="spellStart"/>
            <w:r w:rsidRPr="0076404B">
              <w:rPr>
                <w:rFonts w:ascii="ＭＳ ゴシック" w:eastAsia="ＭＳ ゴシック" w:hAnsi="ＭＳ ゴシック"/>
              </w:rPr>
              <w:t>所得証明書</w:t>
            </w:r>
            <w:proofErr w:type="spellEnd"/>
          </w:p>
        </w:tc>
        <w:tc>
          <w:tcPr>
            <w:tcW w:w="7654" w:type="dxa"/>
            <w:tcMar>
              <w:top w:w="40" w:type="dxa"/>
              <w:left w:w="50" w:type="dxa"/>
              <w:bottom w:w="40" w:type="dxa"/>
              <w:right w:w="50" w:type="dxa"/>
            </w:tcMar>
            <w:vAlign w:val="center"/>
          </w:tcPr>
          <w:p w14:paraId="60473FD2" w14:textId="77777777" w:rsidR="005E3A06" w:rsidRPr="0076404B" w:rsidRDefault="005E3A06" w:rsidP="005E3A06">
            <w:pPr>
              <w:rPr>
                <w:rFonts w:ascii="ＭＳ ゴシック" w:eastAsia="ＭＳ ゴシック" w:hAnsi="ＭＳ ゴシック"/>
              </w:rPr>
            </w:pPr>
            <w:r w:rsidRPr="0076404B">
              <w:rPr>
                <w:rFonts w:ascii="ＭＳ ゴシック" w:eastAsia="ＭＳ ゴシック" w:hAnsi="ＭＳ ゴシック"/>
              </w:rPr>
              <w:t>収入額、所得額</w:t>
            </w:r>
          </w:p>
        </w:tc>
      </w:tr>
    </w:tbl>
    <w:p w14:paraId="40F90297" w14:textId="77777777" w:rsidR="00C16721" w:rsidRPr="0076404B" w:rsidRDefault="005406C0">
      <w:pPr>
        <w:spacing w:after="0"/>
        <w:rPr>
          <w:rFonts w:ascii="ＭＳ ゴシック" w:eastAsia="ＭＳ ゴシック" w:hAnsi="ＭＳ ゴシック"/>
          <w:lang w:eastAsia="ja-JP"/>
        </w:rPr>
      </w:pPr>
      <w:r w:rsidRPr="0076404B">
        <w:rPr>
          <w:rFonts w:ascii="ＭＳ ゴシック" w:eastAsia="ＭＳ ゴシック" w:hAnsi="ＭＳ ゴシック"/>
          <w:b/>
          <w:sz w:val="20"/>
          <w:lang w:eastAsia="ja-JP"/>
        </w:rPr>
        <w:t>● 資産関係の証明書について</w:t>
      </w:r>
    </w:p>
    <w:p w14:paraId="2BE53F09" w14:textId="77777777" w:rsidR="00C16721" w:rsidRPr="0076404B" w:rsidRDefault="005406C0">
      <w:pPr>
        <w:spacing w:after="20"/>
        <w:rPr>
          <w:rFonts w:ascii="ＭＳ ゴシック" w:eastAsia="ＭＳ ゴシック" w:hAnsi="ＭＳ ゴシック"/>
          <w:lang w:eastAsia="ja-JP"/>
        </w:rPr>
      </w:pPr>
      <w:r w:rsidRPr="0076404B">
        <w:rPr>
          <w:rFonts w:ascii="ＭＳ ゴシック" w:eastAsia="ＭＳ ゴシック" w:hAnsi="ＭＳ ゴシック"/>
          <w:lang w:eastAsia="ja-JP"/>
        </w:rPr>
        <w:t xml:space="preserve">　賦課期日（1月1日）において固定資産課税台帳に記載されている事項の証明書です。</w:t>
      </w:r>
      <w:r w:rsidRPr="0076404B">
        <w:rPr>
          <w:rFonts w:ascii="ＭＳ ゴシック" w:eastAsia="ＭＳ ゴシック" w:hAnsi="ＭＳ ゴシック"/>
          <w:lang w:eastAsia="ja-JP"/>
        </w:rPr>
        <w:br/>
        <w:t xml:space="preserve">　新年度の証明書は、評価証明書は4月以降、公課証明書は5月以降の発行となります。</w:t>
      </w:r>
    </w:p>
    <w:tbl>
      <w:tblPr>
        <w:tblStyle w:val="afe"/>
        <w:tblW w:w="0" w:type="auto"/>
        <w:tblLook w:val="04A0" w:firstRow="1" w:lastRow="0" w:firstColumn="1" w:lastColumn="0" w:noHBand="0" w:noVBand="1"/>
      </w:tblPr>
      <w:tblGrid>
        <w:gridCol w:w="2835"/>
        <w:gridCol w:w="7654"/>
      </w:tblGrid>
      <w:tr w:rsidR="00C16721" w:rsidRPr="0076404B" w14:paraId="50AB8F0F" w14:textId="77777777">
        <w:trPr>
          <w:tblHeader/>
        </w:trPr>
        <w:tc>
          <w:tcPr>
            <w:tcW w:w="2835" w:type="dxa"/>
            <w:tcMar>
              <w:top w:w="40" w:type="dxa"/>
              <w:left w:w="50" w:type="dxa"/>
              <w:bottom w:w="40" w:type="dxa"/>
              <w:right w:w="50" w:type="dxa"/>
            </w:tcMar>
            <w:vAlign w:val="center"/>
          </w:tcPr>
          <w:p w14:paraId="14B0107E" w14:textId="77777777" w:rsidR="00C16721" w:rsidRPr="0076404B" w:rsidRDefault="005406C0">
            <w:pPr>
              <w:jc w:val="center"/>
              <w:rPr>
                <w:rFonts w:ascii="ＭＳ ゴシック" w:eastAsia="ＭＳ ゴシック" w:hAnsi="ＭＳ ゴシック"/>
              </w:rPr>
            </w:pPr>
            <w:proofErr w:type="spellStart"/>
            <w:r w:rsidRPr="0076404B">
              <w:rPr>
                <w:rFonts w:ascii="ＭＳ ゴシック" w:eastAsia="ＭＳ ゴシック" w:hAnsi="ＭＳ ゴシック"/>
                <w:b/>
              </w:rPr>
              <w:t>種類</w:t>
            </w:r>
            <w:proofErr w:type="spellEnd"/>
          </w:p>
        </w:tc>
        <w:tc>
          <w:tcPr>
            <w:tcW w:w="7654" w:type="dxa"/>
            <w:tcMar>
              <w:top w:w="40" w:type="dxa"/>
              <w:left w:w="50" w:type="dxa"/>
              <w:bottom w:w="40" w:type="dxa"/>
              <w:right w:w="50" w:type="dxa"/>
            </w:tcMar>
            <w:vAlign w:val="center"/>
          </w:tcPr>
          <w:p w14:paraId="41756B8B" w14:textId="77777777" w:rsidR="00C16721" w:rsidRPr="0076404B" w:rsidRDefault="005406C0">
            <w:pPr>
              <w:jc w:val="center"/>
              <w:rPr>
                <w:rFonts w:ascii="ＭＳ ゴシック" w:eastAsia="ＭＳ ゴシック" w:hAnsi="ＭＳ ゴシック"/>
              </w:rPr>
            </w:pPr>
            <w:r w:rsidRPr="0076404B">
              <w:rPr>
                <w:rFonts w:ascii="ＭＳ ゴシック" w:eastAsia="ＭＳ ゴシック" w:hAnsi="ＭＳ ゴシック"/>
                <w:b/>
              </w:rPr>
              <w:t>内容</w:t>
            </w:r>
          </w:p>
        </w:tc>
      </w:tr>
      <w:tr w:rsidR="00C16721" w:rsidRPr="0076404B" w14:paraId="41AF62F2" w14:textId="77777777">
        <w:tc>
          <w:tcPr>
            <w:tcW w:w="2835" w:type="dxa"/>
            <w:tcMar>
              <w:top w:w="40" w:type="dxa"/>
              <w:left w:w="50" w:type="dxa"/>
              <w:bottom w:w="40" w:type="dxa"/>
              <w:right w:w="50" w:type="dxa"/>
            </w:tcMar>
            <w:vAlign w:val="center"/>
          </w:tcPr>
          <w:p w14:paraId="609C0AF0" w14:textId="77777777" w:rsidR="00C16721" w:rsidRPr="0076404B" w:rsidRDefault="005406C0">
            <w:pPr>
              <w:rPr>
                <w:rFonts w:ascii="ＭＳ ゴシック" w:eastAsia="ＭＳ ゴシック" w:hAnsi="ＭＳ ゴシック"/>
              </w:rPr>
            </w:pPr>
            <w:r w:rsidRPr="0076404B">
              <w:rPr>
                <w:rFonts w:ascii="ＭＳ ゴシック" w:eastAsia="ＭＳ ゴシック" w:hAnsi="ＭＳ ゴシック"/>
              </w:rPr>
              <w:t>資産証明書</w:t>
            </w:r>
          </w:p>
        </w:tc>
        <w:tc>
          <w:tcPr>
            <w:tcW w:w="7654" w:type="dxa"/>
            <w:tcMar>
              <w:top w:w="40" w:type="dxa"/>
              <w:left w:w="50" w:type="dxa"/>
              <w:bottom w:w="40" w:type="dxa"/>
              <w:right w:w="50" w:type="dxa"/>
            </w:tcMar>
            <w:vAlign w:val="center"/>
          </w:tcPr>
          <w:p w14:paraId="5D5C86E2" w14:textId="77777777" w:rsidR="00C16721" w:rsidRPr="0076404B" w:rsidRDefault="005406C0">
            <w:pPr>
              <w:rPr>
                <w:rFonts w:ascii="ＭＳ ゴシック" w:eastAsia="ＭＳ ゴシック" w:hAnsi="ＭＳ ゴシック"/>
                <w:lang w:eastAsia="ja-JP"/>
              </w:rPr>
            </w:pPr>
            <w:r w:rsidRPr="0076404B">
              <w:rPr>
                <w:rFonts w:ascii="ＭＳ ゴシック" w:eastAsia="ＭＳ ゴシック" w:hAnsi="ＭＳ ゴシック"/>
                <w:lang w:eastAsia="ja-JP"/>
              </w:rPr>
              <w:t>所有者の住所氏名、物件の表示</w:t>
            </w:r>
          </w:p>
        </w:tc>
      </w:tr>
      <w:tr w:rsidR="00C16721" w:rsidRPr="0076404B" w14:paraId="73F4F932" w14:textId="77777777">
        <w:tc>
          <w:tcPr>
            <w:tcW w:w="2835" w:type="dxa"/>
            <w:tcMar>
              <w:top w:w="40" w:type="dxa"/>
              <w:left w:w="50" w:type="dxa"/>
              <w:bottom w:w="40" w:type="dxa"/>
              <w:right w:w="50" w:type="dxa"/>
            </w:tcMar>
            <w:vAlign w:val="center"/>
          </w:tcPr>
          <w:p w14:paraId="0073A566" w14:textId="77777777" w:rsidR="00C16721" w:rsidRPr="0076404B" w:rsidRDefault="005406C0">
            <w:pPr>
              <w:rPr>
                <w:rFonts w:ascii="ＭＳ ゴシック" w:eastAsia="ＭＳ ゴシック" w:hAnsi="ＭＳ ゴシック"/>
              </w:rPr>
            </w:pPr>
            <w:proofErr w:type="spellStart"/>
            <w:r w:rsidRPr="0076404B">
              <w:rPr>
                <w:rFonts w:ascii="ＭＳ ゴシック" w:eastAsia="ＭＳ ゴシック" w:hAnsi="ＭＳ ゴシック"/>
              </w:rPr>
              <w:t>評価証明書</w:t>
            </w:r>
            <w:proofErr w:type="spellEnd"/>
          </w:p>
        </w:tc>
        <w:tc>
          <w:tcPr>
            <w:tcW w:w="7654" w:type="dxa"/>
            <w:tcMar>
              <w:top w:w="40" w:type="dxa"/>
              <w:left w:w="50" w:type="dxa"/>
              <w:bottom w:w="40" w:type="dxa"/>
              <w:right w:w="50" w:type="dxa"/>
            </w:tcMar>
            <w:vAlign w:val="center"/>
          </w:tcPr>
          <w:p w14:paraId="6F9CF878" w14:textId="77777777" w:rsidR="00C16721" w:rsidRPr="0076404B" w:rsidRDefault="005406C0">
            <w:pPr>
              <w:rPr>
                <w:rFonts w:ascii="ＭＳ ゴシック" w:eastAsia="ＭＳ ゴシック" w:hAnsi="ＭＳ ゴシック"/>
                <w:lang w:eastAsia="ja-JP"/>
              </w:rPr>
            </w:pPr>
            <w:r w:rsidRPr="0076404B">
              <w:rPr>
                <w:rFonts w:ascii="ＭＳ ゴシック" w:eastAsia="ＭＳ ゴシック" w:hAnsi="ＭＳ ゴシック"/>
                <w:lang w:eastAsia="ja-JP"/>
              </w:rPr>
              <w:t>所有者の住所氏名、物件の表示、評価額</w:t>
            </w:r>
          </w:p>
        </w:tc>
      </w:tr>
      <w:tr w:rsidR="00C16721" w:rsidRPr="0076404B" w14:paraId="361D59A3" w14:textId="77777777">
        <w:tc>
          <w:tcPr>
            <w:tcW w:w="2835" w:type="dxa"/>
            <w:tcMar>
              <w:top w:w="40" w:type="dxa"/>
              <w:left w:w="50" w:type="dxa"/>
              <w:bottom w:w="40" w:type="dxa"/>
              <w:right w:w="50" w:type="dxa"/>
            </w:tcMar>
            <w:vAlign w:val="center"/>
          </w:tcPr>
          <w:p w14:paraId="1808E43C" w14:textId="77777777" w:rsidR="00C16721" w:rsidRPr="0076404B" w:rsidRDefault="005406C0">
            <w:pPr>
              <w:rPr>
                <w:rFonts w:ascii="ＭＳ ゴシック" w:eastAsia="ＭＳ ゴシック" w:hAnsi="ＭＳ ゴシック"/>
              </w:rPr>
            </w:pPr>
            <w:proofErr w:type="spellStart"/>
            <w:r w:rsidRPr="0076404B">
              <w:rPr>
                <w:rFonts w:ascii="ＭＳ ゴシック" w:eastAsia="ＭＳ ゴシック" w:hAnsi="ＭＳ ゴシック"/>
              </w:rPr>
              <w:t>公課証明書</w:t>
            </w:r>
            <w:proofErr w:type="spellEnd"/>
          </w:p>
        </w:tc>
        <w:tc>
          <w:tcPr>
            <w:tcW w:w="7654" w:type="dxa"/>
            <w:tcMar>
              <w:top w:w="40" w:type="dxa"/>
              <w:left w:w="50" w:type="dxa"/>
              <w:bottom w:w="40" w:type="dxa"/>
              <w:right w:w="50" w:type="dxa"/>
            </w:tcMar>
            <w:vAlign w:val="center"/>
          </w:tcPr>
          <w:p w14:paraId="28288905" w14:textId="77777777" w:rsidR="00C16721" w:rsidRPr="0076404B" w:rsidRDefault="005406C0">
            <w:pPr>
              <w:rPr>
                <w:rFonts w:ascii="ＭＳ ゴシック" w:eastAsia="ＭＳ ゴシック" w:hAnsi="ＭＳ ゴシック"/>
                <w:lang w:eastAsia="ja-JP"/>
              </w:rPr>
            </w:pPr>
            <w:r w:rsidRPr="0076404B">
              <w:rPr>
                <w:rFonts w:ascii="ＭＳ ゴシック" w:eastAsia="ＭＳ ゴシック" w:hAnsi="ＭＳ ゴシック"/>
                <w:lang w:eastAsia="ja-JP"/>
              </w:rPr>
              <w:t>所有者の住所氏名、物件の表示、評価額、課税標準額、相当税額</w:t>
            </w:r>
          </w:p>
        </w:tc>
      </w:tr>
    </w:tbl>
    <w:p w14:paraId="1F048D5F" w14:textId="77777777" w:rsidR="00C16721" w:rsidRPr="0076404B" w:rsidRDefault="005406C0">
      <w:pPr>
        <w:spacing w:after="0"/>
        <w:rPr>
          <w:rFonts w:ascii="ＭＳ ゴシック" w:eastAsia="ＭＳ ゴシック" w:hAnsi="ＭＳ ゴシック"/>
          <w:lang w:eastAsia="ja-JP"/>
        </w:rPr>
      </w:pPr>
      <w:r w:rsidRPr="0076404B">
        <w:rPr>
          <w:rFonts w:ascii="ＭＳ ゴシック" w:eastAsia="ＭＳ ゴシック" w:hAnsi="ＭＳ ゴシック"/>
          <w:b/>
          <w:sz w:val="24"/>
          <w:lang w:eastAsia="ja-JP"/>
        </w:rPr>
        <w:t>2．本人確認書類のコピー</w:t>
      </w:r>
    </w:p>
    <w:p w14:paraId="0CB0301C" w14:textId="77777777" w:rsidR="00C16721" w:rsidRPr="0076404B" w:rsidRDefault="005406C0">
      <w:pPr>
        <w:spacing w:after="20"/>
        <w:rPr>
          <w:rFonts w:ascii="ＭＳ ゴシック" w:eastAsia="ＭＳ ゴシック" w:hAnsi="ＭＳ ゴシック"/>
          <w:lang w:eastAsia="ja-JP"/>
        </w:rPr>
      </w:pPr>
      <w:r w:rsidRPr="0076404B">
        <w:rPr>
          <w:rFonts w:ascii="ＭＳ ゴシック" w:eastAsia="ＭＳ ゴシック" w:hAnsi="ＭＳ ゴシック"/>
          <w:lang w:eastAsia="ja-JP"/>
        </w:rPr>
        <w:t>● マイナンバーカード、運転免許証、在留カードなど顔写真付きの身分証のコピー</w:t>
      </w:r>
      <w:r w:rsidRPr="0076404B">
        <w:rPr>
          <w:rFonts w:ascii="ＭＳ ゴシック" w:eastAsia="ＭＳ ゴシック" w:hAnsi="ＭＳ ゴシック"/>
          <w:lang w:eastAsia="ja-JP"/>
        </w:rPr>
        <w:br/>
        <w:t xml:space="preserve">　上記をお持ちでない場合は、健康保険証や年金証書など公的証明書2点のコピーを同封してください。</w:t>
      </w:r>
    </w:p>
    <w:p w14:paraId="5E32574B" w14:textId="77777777" w:rsidR="00C16721" w:rsidRPr="0076404B" w:rsidRDefault="005406C0">
      <w:pPr>
        <w:spacing w:after="0"/>
        <w:rPr>
          <w:rFonts w:ascii="ＭＳ ゴシック" w:eastAsia="ＭＳ ゴシック" w:hAnsi="ＭＳ ゴシック"/>
          <w:lang w:eastAsia="ja-JP"/>
        </w:rPr>
      </w:pPr>
      <w:r w:rsidRPr="0076404B">
        <w:rPr>
          <w:rFonts w:ascii="ＭＳ ゴシック" w:eastAsia="ＭＳ ゴシック" w:hAnsi="ＭＳ ゴシック"/>
          <w:b/>
          <w:sz w:val="24"/>
          <w:lang w:eastAsia="ja-JP"/>
        </w:rPr>
        <w:t>3．返信用封筒</w:t>
      </w:r>
    </w:p>
    <w:p w14:paraId="4C4BD022" w14:textId="74E99130" w:rsidR="00C16721" w:rsidRDefault="005406C0">
      <w:pPr>
        <w:spacing w:after="20"/>
        <w:rPr>
          <w:rFonts w:ascii="ＭＳ ゴシック" w:eastAsia="ＭＳ ゴシック" w:hAnsi="ＭＳ ゴシック"/>
          <w:lang w:eastAsia="ja-JP"/>
        </w:rPr>
      </w:pPr>
      <w:r w:rsidRPr="0076404B">
        <w:rPr>
          <w:rFonts w:ascii="ＭＳ ゴシック" w:eastAsia="ＭＳ ゴシック" w:hAnsi="ＭＳ ゴシック"/>
          <w:lang w:eastAsia="ja-JP"/>
        </w:rPr>
        <w:t>● 必ず110円切手を貼って、送付先の住所・宛名を記載して</w:t>
      </w:r>
      <w:r w:rsidR="00235C15">
        <w:rPr>
          <w:rFonts w:ascii="ＭＳ ゴシック" w:eastAsia="ＭＳ ゴシック" w:hAnsi="ＭＳ ゴシック" w:hint="eastAsia"/>
          <w:lang w:eastAsia="ja-JP"/>
        </w:rPr>
        <w:t>ください</w:t>
      </w:r>
      <w:r w:rsidRPr="0076404B">
        <w:rPr>
          <w:rFonts w:ascii="ＭＳ ゴシック" w:eastAsia="ＭＳ ゴシック" w:hAnsi="ＭＳ ゴシック"/>
          <w:lang w:eastAsia="ja-JP"/>
        </w:rPr>
        <w:t>。</w:t>
      </w:r>
      <w:r w:rsidRPr="0076404B">
        <w:rPr>
          <w:rFonts w:ascii="ＭＳ ゴシック" w:eastAsia="ＭＳ ゴシック" w:hAnsi="ＭＳ ゴシック"/>
          <w:lang w:eastAsia="ja-JP"/>
        </w:rPr>
        <w:br/>
        <w:t>● 返信用の切手代が不足する場合は、受取人支払として返信します。</w:t>
      </w:r>
      <w:r w:rsidRPr="0076404B">
        <w:rPr>
          <w:rFonts w:ascii="ＭＳ ゴシック" w:eastAsia="ＭＳ ゴシック" w:hAnsi="ＭＳ ゴシック"/>
          <w:lang w:eastAsia="ja-JP"/>
        </w:rPr>
        <w:br/>
        <w:t>● 証明書が手元に返送されるまで10日前後かかります。急ぎの場合は切手に速達料金（＋300円）を追加することをおすすめします。</w:t>
      </w:r>
    </w:p>
    <w:p w14:paraId="5FB8FA7C" w14:textId="01AFC497" w:rsidR="00235C15" w:rsidRPr="0076404B" w:rsidRDefault="00235C15">
      <w:pPr>
        <w:spacing w:after="20"/>
        <w:rPr>
          <w:rFonts w:ascii="ＭＳ ゴシック" w:eastAsia="ＭＳ ゴシック" w:hAnsi="ＭＳ ゴシック" w:hint="eastAsia"/>
          <w:lang w:eastAsia="ja-JP"/>
        </w:rPr>
      </w:pPr>
      <w:r>
        <w:rPr>
          <w:rFonts w:ascii="ＭＳ ゴシック" w:eastAsia="ＭＳ ゴシック" w:hAnsi="ＭＳ ゴシック" w:hint="eastAsia"/>
          <w:lang w:eastAsia="ja-JP"/>
        </w:rPr>
        <w:t>● 身分証に記載されている住所と送り先が同一であることをご確認ください。</w:t>
      </w:r>
    </w:p>
    <w:p w14:paraId="137C73CF" w14:textId="77777777" w:rsidR="00C16721" w:rsidRPr="0076404B" w:rsidRDefault="005406C0">
      <w:pPr>
        <w:spacing w:after="0"/>
        <w:rPr>
          <w:rFonts w:ascii="ＭＳ ゴシック" w:eastAsia="ＭＳ ゴシック" w:hAnsi="ＭＳ ゴシック"/>
          <w:lang w:eastAsia="ja-JP"/>
        </w:rPr>
      </w:pPr>
      <w:r w:rsidRPr="0076404B">
        <w:rPr>
          <w:rFonts w:ascii="ＭＳ ゴシック" w:eastAsia="ＭＳ ゴシック" w:hAnsi="ＭＳ ゴシック"/>
          <w:b/>
          <w:sz w:val="24"/>
          <w:lang w:eastAsia="ja-JP"/>
        </w:rPr>
        <w:t>4．定額小為替</w:t>
      </w:r>
    </w:p>
    <w:p w14:paraId="28737C4E" w14:textId="2CC24E25" w:rsidR="00C16721" w:rsidRDefault="005406C0">
      <w:pPr>
        <w:spacing w:after="20"/>
        <w:rPr>
          <w:rFonts w:ascii="ＭＳ ゴシック" w:eastAsia="ＭＳ ゴシック" w:hAnsi="ＭＳ ゴシック"/>
          <w:szCs w:val="18"/>
          <w:lang w:eastAsia="ja-JP"/>
        </w:rPr>
      </w:pPr>
      <w:r w:rsidRPr="0076404B">
        <w:rPr>
          <w:rFonts w:ascii="ＭＳ ゴシック" w:eastAsia="ＭＳ ゴシック" w:hAnsi="ＭＳ ゴシック"/>
          <w:sz w:val="17"/>
          <w:lang w:eastAsia="ja-JP"/>
        </w:rPr>
        <w:t>●</w:t>
      </w:r>
      <w:r w:rsidRPr="005E3A06">
        <w:rPr>
          <w:rFonts w:ascii="ＭＳ ゴシック" w:eastAsia="ＭＳ ゴシック" w:hAnsi="ＭＳ ゴシック"/>
          <w:szCs w:val="18"/>
          <w:lang w:eastAsia="ja-JP"/>
        </w:rPr>
        <w:t xml:space="preserve"> 必要通数分の手数料を、郵便局で購入してください。また、定額小為替には何も記入しないでください。</w:t>
      </w:r>
      <w:r w:rsidRPr="005E3A06">
        <w:rPr>
          <w:rFonts w:ascii="ＭＳ ゴシック" w:eastAsia="ＭＳ ゴシック" w:hAnsi="ＭＳ ゴシック"/>
          <w:szCs w:val="18"/>
          <w:lang w:eastAsia="ja-JP"/>
        </w:rPr>
        <w:br/>
        <w:t>● 地方自治法施行令第156条に基づき、おつりが出た場合は切手</w:t>
      </w:r>
      <w:r w:rsidR="00CB259C">
        <w:rPr>
          <w:rFonts w:ascii="ＭＳ ゴシック" w:eastAsia="ＭＳ ゴシック" w:hAnsi="ＭＳ ゴシック" w:hint="eastAsia"/>
          <w:szCs w:val="18"/>
          <w:lang w:eastAsia="ja-JP"/>
        </w:rPr>
        <w:t>もしくは小為替</w:t>
      </w:r>
      <w:r w:rsidRPr="005E3A06">
        <w:rPr>
          <w:rFonts w:ascii="ＭＳ ゴシック" w:eastAsia="ＭＳ ゴシック" w:hAnsi="ＭＳ ゴシック"/>
          <w:szCs w:val="18"/>
          <w:lang w:eastAsia="ja-JP"/>
        </w:rPr>
        <w:t>でのお返しとなります。</w:t>
      </w:r>
      <w:r w:rsidRPr="005E3A06">
        <w:rPr>
          <w:rFonts w:ascii="ＭＳ ゴシック" w:eastAsia="ＭＳ ゴシック" w:hAnsi="ＭＳ ゴシック"/>
          <w:szCs w:val="18"/>
          <w:lang w:eastAsia="ja-JP"/>
        </w:rPr>
        <w:br/>
        <w:t>● 計算例</w:t>
      </w:r>
      <w:r w:rsidRPr="005E3A06">
        <w:rPr>
          <w:rFonts w:ascii="ＭＳ ゴシック" w:eastAsia="ＭＳ ゴシック" w:hAnsi="ＭＳ ゴシック"/>
          <w:szCs w:val="18"/>
          <w:lang w:eastAsia="ja-JP"/>
        </w:rPr>
        <w:br/>
        <w:t xml:space="preserve">　・2年分の課税証明書と納税証明書（村県民税分）が必要な場合</w:t>
      </w:r>
      <w:r w:rsidRPr="005E3A06">
        <w:rPr>
          <w:rFonts w:ascii="ＭＳ ゴシック" w:eastAsia="ＭＳ ゴシック" w:hAnsi="ＭＳ ゴシック"/>
          <w:szCs w:val="18"/>
          <w:lang w:eastAsia="ja-JP"/>
        </w:rPr>
        <w:br/>
        <w:t xml:space="preserve">　　所得課税証明書 </w:t>
      </w:r>
      <w:r w:rsidR="005E3A06">
        <w:rPr>
          <w:rFonts w:ascii="ＭＳ ゴシック" w:eastAsia="ＭＳ ゴシック" w:hAnsi="ＭＳ ゴシック" w:hint="eastAsia"/>
          <w:szCs w:val="18"/>
          <w:lang w:eastAsia="ja-JP"/>
        </w:rPr>
        <w:t>2</w:t>
      </w:r>
      <w:r w:rsidRPr="005E3A06">
        <w:rPr>
          <w:rFonts w:ascii="ＭＳ ゴシック" w:eastAsia="ＭＳ ゴシック" w:hAnsi="ＭＳ ゴシック"/>
          <w:szCs w:val="18"/>
          <w:lang w:eastAsia="ja-JP"/>
        </w:rPr>
        <w:t>00円×2＝</w:t>
      </w:r>
      <w:r w:rsidR="005E3A06">
        <w:rPr>
          <w:rFonts w:ascii="ＭＳ ゴシック" w:eastAsia="ＭＳ ゴシック" w:hAnsi="ＭＳ ゴシック" w:hint="eastAsia"/>
          <w:szCs w:val="18"/>
          <w:lang w:eastAsia="ja-JP"/>
        </w:rPr>
        <w:t>4</w:t>
      </w:r>
      <w:r w:rsidRPr="005E3A06">
        <w:rPr>
          <w:rFonts w:ascii="ＭＳ ゴシック" w:eastAsia="ＭＳ ゴシック" w:hAnsi="ＭＳ ゴシック"/>
          <w:szCs w:val="18"/>
          <w:lang w:eastAsia="ja-JP"/>
        </w:rPr>
        <w:t xml:space="preserve">00円　納税証明書 </w:t>
      </w:r>
      <w:r w:rsidR="005E3A06">
        <w:rPr>
          <w:rFonts w:ascii="ＭＳ ゴシック" w:eastAsia="ＭＳ ゴシック" w:hAnsi="ＭＳ ゴシック" w:hint="eastAsia"/>
          <w:szCs w:val="18"/>
          <w:lang w:eastAsia="ja-JP"/>
        </w:rPr>
        <w:t>2</w:t>
      </w:r>
      <w:r w:rsidRPr="005E3A06">
        <w:rPr>
          <w:rFonts w:ascii="ＭＳ ゴシック" w:eastAsia="ＭＳ ゴシック" w:hAnsi="ＭＳ ゴシック"/>
          <w:szCs w:val="18"/>
          <w:lang w:eastAsia="ja-JP"/>
        </w:rPr>
        <w:t>00円×2＝</w:t>
      </w:r>
      <w:r w:rsidR="005E3A06">
        <w:rPr>
          <w:rFonts w:ascii="ＭＳ ゴシック" w:eastAsia="ＭＳ ゴシック" w:hAnsi="ＭＳ ゴシック" w:hint="eastAsia"/>
          <w:szCs w:val="18"/>
          <w:lang w:eastAsia="ja-JP"/>
        </w:rPr>
        <w:t>4</w:t>
      </w:r>
      <w:r w:rsidRPr="005E3A06">
        <w:rPr>
          <w:rFonts w:ascii="ＭＳ ゴシック" w:eastAsia="ＭＳ ゴシック" w:hAnsi="ＭＳ ゴシック"/>
          <w:szCs w:val="18"/>
          <w:lang w:eastAsia="ja-JP"/>
        </w:rPr>
        <w:t xml:space="preserve">00円　合計 </w:t>
      </w:r>
      <w:r w:rsidR="005E3A06">
        <w:rPr>
          <w:rFonts w:ascii="ＭＳ ゴシック" w:eastAsia="ＭＳ ゴシック" w:hAnsi="ＭＳ ゴシック" w:hint="eastAsia"/>
          <w:szCs w:val="18"/>
          <w:lang w:eastAsia="ja-JP"/>
        </w:rPr>
        <w:t>8</w:t>
      </w:r>
      <w:r w:rsidRPr="005E3A06">
        <w:rPr>
          <w:rFonts w:ascii="ＭＳ ゴシック" w:eastAsia="ＭＳ ゴシック" w:hAnsi="ＭＳ ゴシック"/>
          <w:szCs w:val="18"/>
          <w:lang w:eastAsia="ja-JP"/>
        </w:rPr>
        <w:t>00円</w:t>
      </w:r>
      <w:r w:rsidRPr="005E3A06">
        <w:rPr>
          <w:rFonts w:ascii="ＭＳ ゴシック" w:eastAsia="ＭＳ ゴシック" w:hAnsi="ＭＳ ゴシック"/>
          <w:szCs w:val="18"/>
          <w:lang w:eastAsia="ja-JP"/>
        </w:rPr>
        <w:br/>
      </w:r>
    </w:p>
    <w:p w14:paraId="753F2463" w14:textId="77777777" w:rsidR="005E3A06" w:rsidRPr="005E3A06" w:rsidRDefault="005E3A06">
      <w:pPr>
        <w:spacing w:after="20"/>
        <w:rPr>
          <w:rFonts w:ascii="ＭＳ ゴシック" w:eastAsia="ＭＳ ゴシック" w:hAnsi="ＭＳ ゴシック"/>
          <w:szCs w:val="18"/>
          <w:lang w:eastAsia="ja-JP"/>
        </w:rPr>
      </w:pPr>
    </w:p>
    <w:p w14:paraId="71748756" w14:textId="77777777" w:rsidR="00C16721" w:rsidRPr="0076404B" w:rsidRDefault="005406C0">
      <w:pPr>
        <w:spacing w:after="0"/>
        <w:rPr>
          <w:rFonts w:ascii="ＭＳ ゴシック" w:eastAsia="ＭＳ ゴシック" w:hAnsi="ＭＳ ゴシック"/>
          <w:lang w:eastAsia="ja-JP"/>
        </w:rPr>
      </w:pPr>
      <w:r w:rsidRPr="0076404B">
        <w:rPr>
          <w:rFonts w:ascii="ＭＳ ゴシック" w:eastAsia="ＭＳ ゴシック" w:hAnsi="ＭＳ ゴシック"/>
          <w:b/>
          <w:sz w:val="24"/>
          <w:lang w:eastAsia="ja-JP"/>
        </w:rPr>
        <w:t>5．次に該当する方は、下記書類も同封してください。</w:t>
      </w:r>
    </w:p>
    <w:p w14:paraId="1E78E7A1" w14:textId="77777777" w:rsidR="00C16721" w:rsidRPr="0076404B" w:rsidRDefault="005406C0">
      <w:pPr>
        <w:spacing w:after="20"/>
        <w:rPr>
          <w:rFonts w:ascii="ＭＳ ゴシック" w:eastAsia="ＭＳ ゴシック" w:hAnsi="ＭＳ ゴシック"/>
          <w:lang w:eastAsia="ja-JP"/>
        </w:rPr>
      </w:pPr>
      <w:r w:rsidRPr="0076404B">
        <w:rPr>
          <w:rFonts w:ascii="ＭＳ ゴシック" w:eastAsia="ＭＳ ゴシック" w:hAnsi="ＭＳ ゴシック"/>
          <w:lang w:eastAsia="ja-JP"/>
        </w:rPr>
        <w:t>● 代理人の方が申請する場合は、委任状も同封してください。</w:t>
      </w:r>
      <w:r w:rsidRPr="0076404B">
        <w:rPr>
          <w:rFonts w:ascii="ＭＳ ゴシック" w:eastAsia="ＭＳ ゴシック" w:hAnsi="ＭＳ ゴシック"/>
          <w:lang w:eastAsia="ja-JP"/>
        </w:rPr>
        <w:br/>
        <w:t>● 相続人が証明書を申請する場合は、被相続人との関係がわかる戸籍謄本等も添付してください。</w:t>
      </w:r>
    </w:p>
    <w:tbl>
      <w:tblPr>
        <w:tblStyle w:val="afe"/>
        <w:tblW w:w="0" w:type="auto"/>
        <w:tblLook w:val="04A0" w:firstRow="1" w:lastRow="0" w:firstColumn="1" w:lastColumn="0" w:noHBand="0" w:noVBand="1"/>
      </w:tblPr>
      <w:tblGrid>
        <w:gridCol w:w="10488"/>
      </w:tblGrid>
      <w:tr w:rsidR="00C16721" w:rsidRPr="0076404B" w14:paraId="78D84A54" w14:textId="77777777">
        <w:tc>
          <w:tcPr>
            <w:tcW w:w="10488" w:type="dxa"/>
            <w:tcMar>
              <w:top w:w="40" w:type="dxa"/>
              <w:left w:w="50" w:type="dxa"/>
              <w:bottom w:w="40" w:type="dxa"/>
              <w:right w:w="50" w:type="dxa"/>
            </w:tcMar>
            <w:vAlign w:val="center"/>
          </w:tcPr>
          <w:p w14:paraId="1F5AC8DB" w14:textId="77777777" w:rsidR="00C16721" w:rsidRPr="0076404B" w:rsidRDefault="005406C0">
            <w:pPr>
              <w:jc w:val="center"/>
              <w:rPr>
                <w:rFonts w:ascii="ＭＳ ゴシック" w:eastAsia="ＭＳ ゴシック" w:hAnsi="ＭＳ ゴシック"/>
              </w:rPr>
            </w:pPr>
            <w:proofErr w:type="spellStart"/>
            <w:r w:rsidRPr="0076404B">
              <w:rPr>
                <w:rFonts w:ascii="ＭＳ ゴシック" w:eastAsia="ＭＳ ゴシック" w:hAnsi="ＭＳ ゴシック"/>
              </w:rPr>
              <w:t>伊平屋村役場</w:t>
            </w:r>
            <w:proofErr w:type="spellEnd"/>
            <w:r w:rsidRPr="0076404B">
              <w:rPr>
                <w:rFonts w:ascii="ＭＳ ゴシック" w:eastAsia="ＭＳ ゴシック" w:hAnsi="ＭＳ ゴシック"/>
              </w:rPr>
              <w:t xml:space="preserve"> </w:t>
            </w:r>
            <w:proofErr w:type="spellStart"/>
            <w:r w:rsidRPr="0076404B">
              <w:rPr>
                <w:rFonts w:ascii="ＭＳ ゴシック" w:eastAsia="ＭＳ ゴシック" w:hAnsi="ＭＳ ゴシック"/>
              </w:rPr>
              <w:t>住民課</w:t>
            </w:r>
            <w:proofErr w:type="spellEnd"/>
            <w:r w:rsidRPr="0076404B">
              <w:rPr>
                <w:rFonts w:ascii="ＭＳ ゴシック" w:eastAsia="ＭＳ ゴシック" w:hAnsi="ＭＳ ゴシック"/>
              </w:rPr>
              <w:t xml:space="preserve"> </w:t>
            </w:r>
            <w:proofErr w:type="spellStart"/>
            <w:r w:rsidRPr="0076404B">
              <w:rPr>
                <w:rFonts w:ascii="ＭＳ ゴシック" w:eastAsia="ＭＳ ゴシック" w:hAnsi="ＭＳ ゴシック"/>
              </w:rPr>
              <w:t>税務係</w:t>
            </w:r>
            <w:proofErr w:type="spellEnd"/>
            <w:r w:rsidRPr="0076404B">
              <w:rPr>
                <w:rFonts w:ascii="ＭＳ ゴシック" w:eastAsia="ＭＳ ゴシック" w:hAnsi="ＭＳ ゴシック"/>
              </w:rPr>
              <w:t xml:space="preserve">　〒905-0793 沖縄県島尻郡伊平屋村字我喜屋251番地　TEL 0980-46-2834</w:t>
            </w:r>
          </w:p>
        </w:tc>
      </w:tr>
    </w:tbl>
    <w:p w14:paraId="1CA87161" w14:textId="77777777" w:rsidR="00D8252C" w:rsidRPr="0076404B" w:rsidRDefault="00D8252C">
      <w:pPr>
        <w:rPr>
          <w:rFonts w:ascii="ＭＳ ゴシック" w:eastAsia="ＭＳ ゴシック" w:hAnsi="ＭＳ ゴシック"/>
        </w:rPr>
      </w:pPr>
    </w:p>
    <w:sectPr w:rsidR="00D8252C" w:rsidRPr="0076404B" w:rsidSect="00034616">
      <w:pgSz w:w="11906" w:h="16838"/>
      <w:pgMar w:top="283" w:right="340" w:bottom="283" w:left="3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ans CJK JP">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35C15"/>
    <w:rsid w:val="0029639D"/>
    <w:rsid w:val="00326F90"/>
    <w:rsid w:val="00417EB4"/>
    <w:rsid w:val="005406C0"/>
    <w:rsid w:val="005E3A06"/>
    <w:rsid w:val="0076404B"/>
    <w:rsid w:val="008B471D"/>
    <w:rsid w:val="00AA1D8D"/>
    <w:rsid w:val="00B01654"/>
    <w:rsid w:val="00B47730"/>
    <w:rsid w:val="00C16721"/>
    <w:rsid w:val="00C733B9"/>
    <w:rsid w:val="00CB0664"/>
    <w:rsid w:val="00CB259C"/>
    <w:rsid w:val="00D825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B2AC2F4"/>
  <w14:defaultImageDpi w14:val="300"/>
  <w15:docId w15:val="{525BF30A-D084-475E-89B0-259B0FF8B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rPr>
      <w:rFonts w:ascii="Noto Sans CJK JP" w:eastAsia="Noto Sans CJK JP" w:hAnsi="Noto Sans CJK JP"/>
      <w:sz w:val="1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AC882-23B9-4402-98CC-F11EED2E8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360</Words>
  <Characters>2055</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cp:revision>
  <cp:lastPrinted>2026-08-12T01:39:00Z</cp:lastPrinted>
  <dcterms:created xsi:type="dcterms:W3CDTF">2026-08-12T01:36:00Z</dcterms:created>
  <dcterms:modified xsi:type="dcterms:W3CDTF">2026-08-12T01:48:00Z</dcterms:modified>
  <cp:category/>
</cp:coreProperties>
</file>